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C0971" w14:textId="1C0E218E" w:rsidR="00DD1566" w:rsidRPr="004559F4" w:rsidRDefault="0033706A" w:rsidP="00AA7245">
      <w:pPr>
        <w:rPr>
          <w:rFonts w:asciiTheme="majorHAnsi" w:hAnsiTheme="majorHAnsi" w:cstheme="majorHAnsi"/>
        </w:rPr>
      </w:pPr>
      <w:r w:rsidRPr="004559F4">
        <w:rPr>
          <w:rFonts w:asciiTheme="majorHAnsi" w:hAnsiTheme="majorHAnsi" w:cstheme="majorHAnsi"/>
          <w:noProof/>
        </w:rPr>
        <mc:AlternateContent>
          <mc:Choice Requires="wps">
            <w:drawing>
              <wp:anchor distT="0" distB="0" distL="114300" distR="114300" simplePos="0" relativeHeight="251683840" behindDoc="0" locked="0" layoutInCell="1" allowOverlap="1" wp14:anchorId="3710575A" wp14:editId="4B9C3C3B">
                <wp:simplePos x="0" y="0"/>
                <wp:positionH relativeFrom="column">
                  <wp:posOffset>-561340</wp:posOffset>
                </wp:positionH>
                <wp:positionV relativeFrom="page">
                  <wp:posOffset>5610378</wp:posOffset>
                </wp:positionV>
                <wp:extent cx="6601460" cy="1155243"/>
                <wp:effectExtent l="0" t="0" r="8890" b="6985"/>
                <wp:wrapNone/>
                <wp:docPr id="13" name="Text Box 13"/>
                <wp:cNvGraphicFramePr/>
                <a:graphic xmlns:a="http://schemas.openxmlformats.org/drawingml/2006/main">
                  <a:graphicData uri="http://schemas.microsoft.com/office/word/2010/wordprocessingShape">
                    <wps:wsp>
                      <wps:cNvSpPr txBox="1"/>
                      <wps:spPr>
                        <a:xfrm>
                          <a:off x="0" y="0"/>
                          <a:ext cx="6601460" cy="1155243"/>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0" scaled="1"/>
                          <a:tileRect/>
                        </a:gradFill>
                      </wps:spPr>
                      <wps:txbx>
                        <w:txbxContent>
                          <w:p w14:paraId="6433A551" w14:textId="77777777" w:rsidR="000355FD" w:rsidRPr="002F1F7E" w:rsidRDefault="000355FD" w:rsidP="00DD1566">
                            <w:pPr>
                              <w:pStyle w:val="NoSpacing"/>
                              <w:rPr>
                                <w:rFonts w:cstheme="minorHAnsi"/>
                                <w:b/>
                                <w:bCs/>
                                <w:color w:val="365F91" w:themeColor="accent1" w:themeShade="BF"/>
                                <w:sz w:val="16"/>
                                <w:szCs w:val="16"/>
                              </w:rPr>
                            </w:pPr>
                          </w:p>
                          <w:p w14:paraId="46B9A554" w14:textId="7B541842" w:rsidR="00DD1566" w:rsidRPr="00D059C2" w:rsidRDefault="00D059C2" w:rsidP="00DD1566">
                            <w:pPr>
                              <w:pStyle w:val="NoSpacing"/>
                              <w:rPr>
                                <w:rFonts w:cstheme="minorHAnsi"/>
                                <w:b/>
                                <w:bCs/>
                                <w:color w:val="365F91" w:themeColor="accent1" w:themeShade="BF"/>
                                <w:sz w:val="72"/>
                                <w:szCs w:val="72"/>
                              </w:rPr>
                            </w:pPr>
                            <w:r w:rsidRPr="00D059C2">
                              <w:rPr>
                                <w:rFonts w:cstheme="minorHAnsi"/>
                                <w:b/>
                                <w:bCs/>
                                <w:color w:val="365F91" w:themeColor="accent1" w:themeShade="BF"/>
                                <w:sz w:val="72"/>
                                <w:szCs w:val="72"/>
                              </w:rPr>
                              <w:t>Project Profile</w:t>
                            </w:r>
                          </w:p>
                          <w:p w14:paraId="13E9E8B5" w14:textId="20EFAA55" w:rsidR="00DD1566" w:rsidRPr="00BF3BCF" w:rsidRDefault="00BF3BCF" w:rsidP="00DD1566">
                            <w:pPr>
                              <w:pStyle w:val="Heading1"/>
                              <w:spacing w:before="0"/>
                              <w:rPr>
                                <w:rFonts w:cstheme="minorHAnsi"/>
                                <w:sz w:val="44"/>
                                <w:szCs w:val="44"/>
                              </w:rPr>
                            </w:pPr>
                            <w:bookmarkStart w:id="0" w:name="_Toc209604527"/>
                            <w:r w:rsidRPr="00BF3BCF">
                              <w:rPr>
                                <w:rFonts w:cstheme="minorHAnsi"/>
                                <w:sz w:val="44"/>
                                <w:szCs w:val="44"/>
                              </w:rPr>
                              <w:t xml:space="preserve">Maternal </w:t>
                            </w:r>
                            <w:r w:rsidR="00D059C2">
                              <w:rPr>
                                <w:rFonts w:cstheme="minorHAnsi"/>
                                <w:sz w:val="44"/>
                                <w:szCs w:val="44"/>
                              </w:rPr>
                              <w:t>&amp;</w:t>
                            </w:r>
                            <w:r w:rsidRPr="00BF3BCF">
                              <w:rPr>
                                <w:rFonts w:cstheme="minorHAnsi"/>
                                <w:sz w:val="44"/>
                                <w:szCs w:val="44"/>
                              </w:rPr>
                              <w:t xml:space="preserve"> Child Health </w:t>
                            </w:r>
                            <w:r w:rsidR="00D059C2">
                              <w:rPr>
                                <w:rFonts w:cstheme="minorHAnsi"/>
                                <w:sz w:val="44"/>
                                <w:szCs w:val="44"/>
                              </w:rPr>
                              <w:t>(</w:t>
                            </w:r>
                            <w:r w:rsidR="00B271D3">
                              <w:rPr>
                                <w:rFonts w:cstheme="minorHAnsi"/>
                                <w:sz w:val="44"/>
                                <w:szCs w:val="44"/>
                              </w:rPr>
                              <w:t>MCH</w:t>
                            </w:r>
                            <w:r w:rsidR="00D059C2">
                              <w:rPr>
                                <w:rFonts w:cstheme="minorHAnsi"/>
                                <w:sz w:val="44"/>
                                <w:szCs w:val="44"/>
                              </w:rPr>
                              <w:t>)</w:t>
                            </w:r>
                          </w:p>
                          <w:p w14:paraId="0F9134C9" w14:textId="77777777" w:rsidR="00DD1566" w:rsidRPr="00E33229" w:rsidRDefault="00DD1566" w:rsidP="00DD1566">
                            <w:pPr>
                              <w:pStyle w:val="NoSpacing"/>
                              <w:rPr>
                                <w:rFonts w:cstheme="minorHAnsi"/>
                                <w:color w:val="365F91" w:themeColor="accent1" w:themeShade="BF"/>
                                <w:sz w:val="44"/>
                                <w:szCs w:val="44"/>
                              </w:rPr>
                            </w:pPr>
                          </w:p>
                          <w:p w14:paraId="50A2AC01" w14:textId="77777777" w:rsidR="00DD1566" w:rsidRDefault="00DD1566"/>
                          <w:p w14:paraId="21F911C9" w14:textId="0BAD89EB" w:rsidR="00DD1566" w:rsidRPr="00BF3BCF" w:rsidRDefault="00BF3BCF" w:rsidP="00DD1566">
                            <w:pPr>
                              <w:pStyle w:val="Heading1"/>
                              <w:spacing w:before="0"/>
                              <w:rPr>
                                <w:rFonts w:cstheme="minorHAnsi"/>
                                <w:sz w:val="44"/>
                                <w:szCs w:val="44"/>
                              </w:rPr>
                            </w:pPr>
                            <w:r w:rsidRPr="00BF3BCF">
                              <w:rPr>
                                <w:rFonts w:cstheme="minorHAnsi"/>
                                <w:sz w:val="44"/>
                                <w:szCs w:val="44"/>
                              </w:rPr>
                              <w:t xml:space="preserve">Maternal </w:t>
                            </w:r>
                            <w:r w:rsidR="00D059C2">
                              <w:rPr>
                                <w:rFonts w:cstheme="minorHAnsi"/>
                                <w:sz w:val="44"/>
                                <w:szCs w:val="44"/>
                              </w:rPr>
                              <w:t>&amp;</w:t>
                            </w:r>
                            <w:r w:rsidRPr="00BF3BCF">
                              <w:rPr>
                                <w:rFonts w:cstheme="minorHAnsi"/>
                                <w:sz w:val="44"/>
                                <w:szCs w:val="44"/>
                              </w:rPr>
                              <w:t xml:space="preserve"> Child Health </w:t>
                            </w:r>
                            <w:r w:rsidR="00D059C2">
                              <w:rPr>
                                <w:rFonts w:cstheme="minorHAnsi"/>
                                <w:sz w:val="44"/>
                                <w:szCs w:val="44"/>
                              </w:rPr>
                              <w:t>(</w:t>
                            </w:r>
                            <w:r w:rsidR="00B271D3">
                              <w:rPr>
                                <w:rFonts w:cstheme="minorHAnsi"/>
                                <w:sz w:val="44"/>
                                <w:szCs w:val="44"/>
                              </w:rPr>
                              <w:t>MCH</w:t>
                            </w:r>
                            <w:r w:rsidR="00D059C2">
                              <w:rPr>
                                <w:rFonts w:cstheme="minorHAnsi"/>
                                <w:sz w:val="44"/>
                                <w:szCs w:val="44"/>
                              </w:rPr>
                              <w:t>)</w:t>
                            </w:r>
                            <w:bookmarkEnd w:id="0"/>
                          </w:p>
                          <w:p w14:paraId="6DD0579B" w14:textId="2AC9F603" w:rsidR="00DD1566" w:rsidRPr="00E33229" w:rsidRDefault="00DD1566" w:rsidP="00DD1566">
                            <w:pPr>
                              <w:pStyle w:val="NoSpacing"/>
                              <w:rPr>
                                <w:rFonts w:cstheme="minorHAnsi"/>
                                <w:color w:val="365F91" w:themeColor="accent1" w:themeShade="BF"/>
                                <w:sz w:val="44"/>
                                <w:szCs w:val="44"/>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3710575A" id="_x0000_t202" coordsize="21600,21600" o:spt="202" path="m,l,21600r21600,l21600,xe">
                <v:stroke joinstyle="miter"/>
                <v:path gradientshapeok="t" o:connecttype="rect"/>
              </v:shapetype>
              <v:shape id="Text Box 13" o:spid="_x0000_s1026" type="#_x0000_t202" style="position:absolute;margin-left:-44.2pt;margin-top:441.75pt;width:519.8pt;height:90.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" fillcolor="#8aabd3 [2132]" stroked="f">
                <v:fill color2="#d6e2f0 [756]" rotate="t" angle="90" colors="0 #9ab5e4;.5 #c2d1ed;1 #e1e8f5" focus="100%" type="gradient"/>
                <v:textbox>
                  <w:txbxContent>
                    <w:p w14:paraId="6433A551" w14:textId="77777777" w:rsidR="000355FD" w:rsidRPr="002F1F7E" w:rsidRDefault="000355FD" w:rsidP="00DD1566">
                      <w:pPr>
                        <w:pStyle w:val="NoSpacing"/>
                        <w:rPr>
                          <w:rFonts w:cstheme="minorHAnsi"/>
                          <w:b/>
                          <w:bCs/>
                          <w:color w:val="365F91" w:themeColor="accent1" w:themeShade="BF"/>
                          <w:sz w:val="16"/>
                          <w:szCs w:val="16"/>
                        </w:rPr>
                      </w:pPr>
                    </w:p>
                    <w:p w14:paraId="46B9A554" w14:textId="7B541842" w:rsidR="00DD1566" w:rsidRPr="00D059C2" w:rsidRDefault="00D059C2" w:rsidP="00DD1566">
                      <w:pPr>
                        <w:pStyle w:val="NoSpacing"/>
                        <w:rPr>
                          <w:rFonts w:cstheme="minorHAnsi"/>
                          <w:b/>
                          <w:bCs/>
                          <w:color w:val="365F91" w:themeColor="accent1" w:themeShade="BF"/>
                          <w:sz w:val="72"/>
                          <w:szCs w:val="72"/>
                        </w:rPr>
                      </w:pPr>
                      <w:r w:rsidRPr="00D059C2">
                        <w:rPr>
                          <w:rFonts w:cstheme="minorHAnsi"/>
                          <w:b/>
                          <w:bCs/>
                          <w:color w:val="365F91" w:themeColor="accent1" w:themeShade="BF"/>
                          <w:sz w:val="72"/>
                          <w:szCs w:val="72"/>
                        </w:rPr>
                        <w:t>Project Profile</w:t>
                      </w:r>
                    </w:p>
                    <w:p w14:paraId="13E9E8B5" w14:textId="20EFAA55" w:rsidR="00DD1566" w:rsidRPr="00BF3BCF" w:rsidRDefault="00BF3BCF" w:rsidP="00DD1566">
                      <w:pPr>
                        <w:pStyle w:val="Heading1"/>
                        <w:spacing w:before="0"/>
                        <w:rPr>
                          <w:rFonts w:cstheme="minorHAnsi"/>
                          <w:sz w:val="44"/>
                          <w:szCs w:val="44"/>
                        </w:rPr>
                      </w:pPr>
                      <w:bookmarkStart w:id="1" w:name="_Toc209604527"/>
                      <w:r w:rsidRPr="00BF3BCF">
                        <w:rPr>
                          <w:rFonts w:cstheme="minorHAnsi"/>
                          <w:sz w:val="44"/>
                          <w:szCs w:val="44"/>
                        </w:rPr>
                        <w:t xml:space="preserve">Maternal </w:t>
                      </w:r>
                      <w:r w:rsidR="00D059C2">
                        <w:rPr>
                          <w:rFonts w:cstheme="minorHAnsi"/>
                          <w:sz w:val="44"/>
                          <w:szCs w:val="44"/>
                        </w:rPr>
                        <w:t>&amp;</w:t>
                      </w:r>
                      <w:r w:rsidRPr="00BF3BCF">
                        <w:rPr>
                          <w:rFonts w:cstheme="minorHAnsi"/>
                          <w:sz w:val="44"/>
                          <w:szCs w:val="44"/>
                        </w:rPr>
                        <w:t xml:space="preserve"> Child Health </w:t>
                      </w:r>
                      <w:r w:rsidR="00D059C2">
                        <w:rPr>
                          <w:rFonts w:cstheme="minorHAnsi"/>
                          <w:sz w:val="44"/>
                          <w:szCs w:val="44"/>
                        </w:rPr>
                        <w:t>(</w:t>
                      </w:r>
                      <w:r w:rsidR="00B271D3">
                        <w:rPr>
                          <w:rFonts w:cstheme="minorHAnsi"/>
                          <w:sz w:val="44"/>
                          <w:szCs w:val="44"/>
                        </w:rPr>
                        <w:t>MCH</w:t>
                      </w:r>
                      <w:r w:rsidR="00D059C2">
                        <w:rPr>
                          <w:rFonts w:cstheme="minorHAnsi"/>
                          <w:sz w:val="44"/>
                          <w:szCs w:val="44"/>
                        </w:rPr>
                        <w:t>)</w:t>
                      </w:r>
                    </w:p>
                    <w:p w14:paraId="0F9134C9" w14:textId="77777777" w:rsidR="00DD1566" w:rsidRPr="00E33229" w:rsidRDefault="00DD1566" w:rsidP="00DD1566">
                      <w:pPr>
                        <w:pStyle w:val="NoSpacing"/>
                        <w:rPr>
                          <w:rFonts w:cstheme="minorHAnsi"/>
                          <w:color w:val="365F91" w:themeColor="accent1" w:themeShade="BF"/>
                          <w:sz w:val="44"/>
                          <w:szCs w:val="44"/>
                        </w:rPr>
                      </w:pPr>
                    </w:p>
                    <w:p w14:paraId="50A2AC01" w14:textId="77777777" w:rsidR="00DD1566" w:rsidRDefault="00DD1566"/>
                    <w:p w14:paraId="21F911C9" w14:textId="0BAD89EB" w:rsidR="00DD1566" w:rsidRPr="00BF3BCF" w:rsidRDefault="00BF3BCF" w:rsidP="00DD1566">
                      <w:pPr>
                        <w:pStyle w:val="Heading1"/>
                        <w:spacing w:before="0"/>
                        <w:rPr>
                          <w:rFonts w:cstheme="minorHAnsi"/>
                          <w:sz w:val="44"/>
                          <w:szCs w:val="44"/>
                        </w:rPr>
                      </w:pPr>
                      <w:r w:rsidRPr="00BF3BCF">
                        <w:rPr>
                          <w:rFonts w:cstheme="minorHAnsi"/>
                          <w:sz w:val="44"/>
                          <w:szCs w:val="44"/>
                        </w:rPr>
                        <w:t xml:space="preserve">Maternal </w:t>
                      </w:r>
                      <w:r w:rsidR="00D059C2">
                        <w:rPr>
                          <w:rFonts w:cstheme="minorHAnsi"/>
                          <w:sz w:val="44"/>
                          <w:szCs w:val="44"/>
                        </w:rPr>
                        <w:t>&amp;</w:t>
                      </w:r>
                      <w:r w:rsidRPr="00BF3BCF">
                        <w:rPr>
                          <w:rFonts w:cstheme="minorHAnsi"/>
                          <w:sz w:val="44"/>
                          <w:szCs w:val="44"/>
                        </w:rPr>
                        <w:t xml:space="preserve"> Child Health </w:t>
                      </w:r>
                      <w:r w:rsidR="00D059C2">
                        <w:rPr>
                          <w:rFonts w:cstheme="minorHAnsi"/>
                          <w:sz w:val="44"/>
                          <w:szCs w:val="44"/>
                        </w:rPr>
                        <w:t>(</w:t>
                      </w:r>
                      <w:r w:rsidR="00B271D3">
                        <w:rPr>
                          <w:rFonts w:cstheme="minorHAnsi"/>
                          <w:sz w:val="44"/>
                          <w:szCs w:val="44"/>
                        </w:rPr>
                        <w:t>MCH</w:t>
                      </w:r>
                      <w:r w:rsidR="00D059C2">
                        <w:rPr>
                          <w:rFonts w:cstheme="minorHAnsi"/>
                          <w:sz w:val="44"/>
                          <w:szCs w:val="44"/>
                        </w:rPr>
                        <w:t>)</w:t>
                      </w:r>
                      <w:bookmarkEnd w:id="1"/>
                    </w:p>
                    <w:p w14:paraId="6DD0579B" w14:textId="2AC9F603" w:rsidR="00DD1566" w:rsidRPr="00E33229" w:rsidRDefault="00DD1566" w:rsidP="00DD1566">
                      <w:pPr>
                        <w:pStyle w:val="NoSpacing"/>
                        <w:rPr>
                          <w:rFonts w:cstheme="minorHAnsi"/>
                          <w:color w:val="365F91" w:themeColor="accent1" w:themeShade="BF"/>
                          <w:sz w:val="44"/>
                          <w:szCs w:val="44"/>
                        </w:rPr>
                      </w:pPr>
                    </w:p>
                  </w:txbxContent>
                </v:textbox>
                <w10:wrap anchory="page"/>
              </v:shape>
            </w:pict>
          </mc:Fallback>
        </mc:AlternateContent>
      </w:r>
      <w:r w:rsidR="002F1F7E" w:rsidRPr="004559F4">
        <w:rPr>
          <w:rStyle w:val="IntenseEmphasis"/>
          <w:rFonts w:asciiTheme="majorHAnsi" w:hAnsiTheme="majorHAnsi" w:cstheme="majorHAnsi"/>
          <w:i w:val="0"/>
          <w:iCs w:val="0"/>
          <w:noProof/>
          <w:color w:val="76521E"/>
        </w:rPr>
        <mc:AlternateContent>
          <mc:Choice Requires="wps">
            <w:drawing>
              <wp:anchor distT="45720" distB="45720" distL="114300" distR="114300" simplePos="0" relativeHeight="251716608" behindDoc="0" locked="0" layoutInCell="1" allowOverlap="1" wp14:anchorId="54732761" wp14:editId="1BE7154F">
                <wp:simplePos x="0" y="0"/>
                <wp:positionH relativeFrom="margin">
                  <wp:posOffset>5129200</wp:posOffset>
                </wp:positionH>
                <wp:positionV relativeFrom="paragraph">
                  <wp:posOffset>8781415</wp:posOffset>
                </wp:positionV>
                <wp:extent cx="1140206" cy="295275"/>
                <wp:effectExtent l="0" t="0" r="3175" b="9525"/>
                <wp:wrapNone/>
                <wp:docPr id="101410484" name="Text Box 1014104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0206" cy="295275"/>
                        </a:xfrm>
                        <a:prstGeom prst="rect">
                          <a:avLst/>
                        </a:prstGeom>
                        <a:solidFill>
                          <a:srgbClr val="FF9900"/>
                        </a:solidFill>
                        <a:ln w="9525">
                          <a:noFill/>
                          <a:miter lim="800000"/>
                          <a:headEnd/>
                          <a:tailEnd/>
                        </a:ln>
                      </wps:spPr>
                      <wps:txbx>
                        <w:txbxContent>
                          <w:p w14:paraId="7DE24650" w14:textId="457C78E0" w:rsidR="00DD1566" w:rsidRPr="002F1F7E" w:rsidRDefault="002F1F7E" w:rsidP="00DD1566">
                            <w:pPr>
                              <w:jc w:val="center"/>
                              <w:rPr>
                                <w:rFonts w:ascii="Lato" w:hAnsi="Lato"/>
                                <w:b/>
                                <w:bCs/>
                                <w:color w:val="FFFFFF" w:themeColor="background1"/>
                              </w:rPr>
                            </w:pPr>
                            <w:r w:rsidRPr="002F1F7E">
                              <w:rPr>
                                <w:rFonts w:ascii="Lato" w:hAnsi="Lato"/>
                                <w:b/>
                                <w:bCs/>
                                <w:color w:val="FFFFFF" w:themeColor="background1"/>
                              </w:rPr>
                              <w:t>October</w:t>
                            </w:r>
                            <w:r w:rsidR="00DD1566" w:rsidRPr="002F1F7E">
                              <w:rPr>
                                <w:rFonts w:ascii="Lato" w:hAnsi="Lato"/>
                                <w:b/>
                                <w:bCs/>
                                <w:color w:val="FFFFFF" w:themeColor="background1"/>
                              </w:rPr>
                              <w:t xml:space="preserve"> 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732761" id="Text Box 101410484" o:spid="_x0000_s1027" type="#_x0000_t202" style="position:absolute;margin-left:403.85pt;margin-top:691.45pt;width:89.8pt;height:23.25pt;z-index:251716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" fillcolor="#f90" stroked="f">
                <v:textbox>
                  <w:txbxContent>
                    <w:p w14:paraId="7DE24650" w14:textId="457C78E0" w:rsidR="00DD1566" w:rsidRPr="002F1F7E" w:rsidRDefault="002F1F7E" w:rsidP="00DD1566">
                      <w:pPr>
                        <w:jc w:val="center"/>
                        <w:rPr>
                          <w:rFonts w:ascii="Lato" w:hAnsi="Lato"/>
                          <w:b/>
                          <w:bCs/>
                          <w:color w:val="FFFFFF" w:themeColor="background1"/>
                        </w:rPr>
                      </w:pPr>
                      <w:r w:rsidRPr="002F1F7E">
                        <w:rPr>
                          <w:rFonts w:ascii="Lato" w:hAnsi="Lato"/>
                          <w:b/>
                          <w:bCs/>
                          <w:color w:val="FFFFFF" w:themeColor="background1"/>
                        </w:rPr>
                        <w:t>October</w:t>
                      </w:r>
                      <w:r w:rsidR="00DD1566" w:rsidRPr="002F1F7E">
                        <w:rPr>
                          <w:rFonts w:ascii="Lato" w:hAnsi="Lato"/>
                          <w:b/>
                          <w:bCs/>
                          <w:color w:val="FFFFFF" w:themeColor="background1"/>
                        </w:rPr>
                        <w:t xml:space="preserve"> 2025</w:t>
                      </w:r>
                    </w:p>
                  </w:txbxContent>
                </v:textbox>
                <w10:wrap anchorx="margin"/>
              </v:shape>
            </w:pict>
          </mc:Fallback>
        </mc:AlternateContent>
      </w:r>
      <w:r w:rsidR="00AB13E3">
        <w:rPr>
          <w:noProof/>
        </w:rPr>
        <w:drawing>
          <wp:anchor distT="0" distB="0" distL="114300" distR="114300" simplePos="0" relativeHeight="251613183" behindDoc="0" locked="0" layoutInCell="1" allowOverlap="1" wp14:anchorId="546348F0" wp14:editId="10EA7F54">
            <wp:simplePos x="0" y="0"/>
            <wp:positionH relativeFrom="column">
              <wp:posOffset>-810692</wp:posOffset>
            </wp:positionH>
            <wp:positionV relativeFrom="paragraph">
              <wp:posOffset>254</wp:posOffset>
            </wp:positionV>
            <wp:extent cx="7538720" cy="5429250"/>
            <wp:effectExtent l="0" t="0" r="5080" b="0"/>
            <wp:wrapSquare wrapText="bothSides"/>
            <wp:docPr id="1288711683" name="Picture 24" descr="A person using an ultrasound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711683" name="Picture 24" descr="A person using an ultrasound machine&#10;&#10;AI-generated content may be incorrect."/>
                    <pic:cNvPicPr>
                      <a:picLocks noChangeAspect="1" noChangeArrowheads="1"/>
                    </pic:cNvPicPr>
                  </pic:nvPicPr>
                  <pic:blipFill rotWithShape="1">
                    <a:blip r:embed="rId11">
                      <a:extLst>
                        <a:ext uri="{28A0092B-C50C-407E-A947-70E740481C1C}">
                          <a14:useLocalDpi xmlns:a14="http://schemas.microsoft.com/office/drawing/2010/main" val="0"/>
                        </a:ext>
                      </a:extLst>
                    </a:blip>
                    <a:srcRect t="3967"/>
                    <a:stretch>
                      <a:fillRect/>
                    </a:stretch>
                  </pic:blipFill>
                  <pic:spPr bwMode="auto">
                    <a:xfrm>
                      <a:off x="0" y="0"/>
                      <a:ext cx="7538720" cy="5429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A44BD" w:rsidRPr="001D5163">
        <w:rPr>
          <w:rFonts w:asciiTheme="majorHAnsi" w:eastAsiaTheme="majorEastAsia" w:hAnsiTheme="majorHAnsi" w:cstheme="majorHAnsi"/>
          <w:b/>
          <w:bCs/>
          <w:noProof/>
          <w:color w:val="365F91" w:themeColor="accent1" w:themeShade="BF"/>
          <w:sz w:val="28"/>
          <w:szCs w:val="28"/>
          <w:lang w:val="en-AU"/>
        </w:rPr>
        <w:drawing>
          <wp:anchor distT="0" distB="0" distL="114300" distR="114300" simplePos="0" relativeHeight="251710464" behindDoc="0" locked="0" layoutInCell="1" allowOverlap="1" wp14:anchorId="2B0D969C" wp14:editId="41B3BED1">
            <wp:simplePos x="0" y="0"/>
            <wp:positionH relativeFrom="column">
              <wp:posOffset>5108956</wp:posOffset>
            </wp:positionH>
            <wp:positionV relativeFrom="paragraph">
              <wp:posOffset>7536993</wp:posOffset>
            </wp:positionV>
            <wp:extent cx="1103630" cy="1103630"/>
            <wp:effectExtent l="0" t="0" r="1270" b="1270"/>
            <wp:wrapNone/>
            <wp:docPr id="951798560" name="Picture 19" descr="A qr code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798560" name="Picture 19" descr="A qr code with a white background&#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03630" cy="1103630"/>
                    </a:xfrm>
                    <a:prstGeom prst="rect">
                      <a:avLst/>
                    </a:prstGeom>
                    <a:noFill/>
                    <a:ln>
                      <a:noFill/>
                    </a:ln>
                  </pic:spPr>
                </pic:pic>
              </a:graphicData>
            </a:graphic>
          </wp:anchor>
        </w:drawing>
      </w:r>
      <w:r w:rsidR="000355FD">
        <w:rPr>
          <w:rFonts w:asciiTheme="majorHAnsi" w:hAnsiTheme="majorHAnsi" w:cstheme="majorHAnsi"/>
          <w:noProof/>
        </w:rPr>
        <w:drawing>
          <wp:anchor distT="0" distB="0" distL="114300" distR="114300" simplePos="0" relativeHeight="251715584" behindDoc="0" locked="0" layoutInCell="1" allowOverlap="1" wp14:anchorId="0A3B4854" wp14:editId="32385E4A">
            <wp:simplePos x="0" y="0"/>
            <wp:positionH relativeFrom="column">
              <wp:posOffset>3802380</wp:posOffset>
            </wp:positionH>
            <wp:positionV relativeFrom="paragraph">
              <wp:posOffset>-5972023</wp:posOffset>
            </wp:positionV>
            <wp:extent cx="2078990" cy="402590"/>
            <wp:effectExtent l="0" t="0" r="0" b="0"/>
            <wp:wrapNone/>
            <wp:docPr id="59327297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78990" cy="402590"/>
                    </a:xfrm>
                    <a:prstGeom prst="rect">
                      <a:avLst/>
                    </a:prstGeom>
                    <a:noFill/>
                  </pic:spPr>
                </pic:pic>
              </a:graphicData>
            </a:graphic>
            <wp14:sizeRelH relativeFrom="page">
              <wp14:pctWidth>0</wp14:pctWidth>
            </wp14:sizeRelH>
            <wp14:sizeRelV relativeFrom="page">
              <wp14:pctHeight>0</wp14:pctHeight>
            </wp14:sizeRelV>
          </wp:anchor>
        </w:drawing>
      </w:r>
      <w:r w:rsidR="000355FD">
        <w:rPr>
          <w:rFonts w:asciiTheme="majorHAnsi" w:hAnsiTheme="majorHAnsi" w:cstheme="majorHAnsi"/>
          <w:noProof/>
        </w:rPr>
        <w:drawing>
          <wp:anchor distT="0" distB="0" distL="114300" distR="114300" simplePos="0" relativeHeight="251612158" behindDoc="0" locked="0" layoutInCell="1" allowOverlap="1" wp14:anchorId="121644EE" wp14:editId="6E392A9D">
            <wp:simplePos x="0" y="0"/>
            <wp:positionH relativeFrom="column">
              <wp:posOffset>-810260</wp:posOffset>
            </wp:positionH>
            <wp:positionV relativeFrom="paragraph">
              <wp:posOffset>4838269</wp:posOffset>
            </wp:positionV>
            <wp:extent cx="7927975" cy="5280660"/>
            <wp:effectExtent l="0" t="0" r="0" b="0"/>
            <wp:wrapSquare wrapText="bothSides"/>
            <wp:docPr id="911877995" name="Picture 8" descr="A person standing in front of a blackboard pointing at a black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877995" name="Picture 8" descr="A person standing in front of a blackboard pointing at a blackboard&#10;&#10;Description automatically generated"/>
                    <pic:cNvPicPr>
                      <a:picLocks noChangeAspect="1"/>
                    </pic:cNvPicPr>
                  </pic:nvPicPr>
                  <pic:blipFill rotWithShape="1">
                    <a:blip r:embed="rId14">
                      <a:extLst>
                        <a:ext uri="{28A0092B-C50C-407E-A947-70E740481C1C}">
                          <a14:useLocalDpi xmlns:a14="http://schemas.microsoft.com/office/drawing/2010/main" val="0"/>
                        </a:ext>
                      </a:extLst>
                    </a:blip>
                    <a:srcRect t="-6" b="26"/>
                    <a:stretch>
                      <a:fillRect/>
                    </a:stretch>
                  </pic:blipFill>
                  <pic:spPr bwMode="auto">
                    <a:xfrm>
                      <a:off x="0" y="0"/>
                      <a:ext cx="7927975" cy="52806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355FD" w:rsidRPr="004559F4">
        <w:rPr>
          <w:rFonts w:asciiTheme="majorHAnsi" w:hAnsiTheme="majorHAnsi" w:cstheme="majorHAnsi"/>
          <w:noProof/>
        </w:rPr>
        <w:drawing>
          <wp:anchor distT="0" distB="0" distL="114300" distR="114300" simplePos="0" relativeHeight="251657216" behindDoc="0" locked="0" layoutInCell="1" allowOverlap="1" wp14:anchorId="7B48EAF5" wp14:editId="1D97468D">
            <wp:simplePos x="0" y="0"/>
            <wp:positionH relativeFrom="column">
              <wp:posOffset>3676838</wp:posOffset>
            </wp:positionH>
            <wp:positionV relativeFrom="paragraph">
              <wp:posOffset>-6006160</wp:posOffset>
            </wp:positionV>
            <wp:extent cx="2280122" cy="438912"/>
            <wp:effectExtent l="0" t="0" r="6350" b="0"/>
            <wp:wrapNone/>
            <wp:docPr id="937671489" name="Picture 18" descr="A colorful logo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273817" name="Picture 18" descr="A colorful logo on a black background&#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80122" cy="4389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1566" w:rsidRPr="004559F4">
        <w:rPr>
          <w:rStyle w:val="IntenseEmphasis"/>
          <w:rFonts w:asciiTheme="majorHAnsi" w:hAnsiTheme="majorHAnsi" w:cstheme="majorHAnsi"/>
          <w:i w:val="0"/>
          <w:iCs w:val="0"/>
          <w:noProof/>
          <w:color w:val="76521E"/>
        </w:rPr>
        <mc:AlternateContent>
          <mc:Choice Requires="wps">
            <w:drawing>
              <wp:anchor distT="45720" distB="45720" distL="114300" distR="114300" simplePos="0" relativeHeight="251617280" behindDoc="0" locked="0" layoutInCell="1" allowOverlap="1" wp14:anchorId="130FB4BA" wp14:editId="246B4D9B">
                <wp:simplePos x="0" y="0"/>
                <wp:positionH relativeFrom="margin">
                  <wp:posOffset>-18691</wp:posOffset>
                </wp:positionH>
                <wp:positionV relativeFrom="paragraph">
                  <wp:posOffset>8347435</wp:posOffset>
                </wp:positionV>
                <wp:extent cx="1651379" cy="227036"/>
                <wp:effectExtent l="0" t="0" r="0" b="1905"/>
                <wp:wrapNone/>
                <wp:docPr id="2066689636" name="Text Box 20666896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379" cy="227036"/>
                        </a:xfrm>
                        <a:prstGeom prst="rect">
                          <a:avLst/>
                        </a:prstGeom>
                        <a:noFill/>
                        <a:ln w="9525">
                          <a:noFill/>
                          <a:miter lim="800000"/>
                          <a:headEnd/>
                          <a:tailEnd/>
                        </a:ln>
                      </wps:spPr>
                      <wps:txbx>
                        <w:txbxContent>
                          <w:p w14:paraId="14CD0764" w14:textId="77777777" w:rsidR="00DD1566" w:rsidRPr="008946DA" w:rsidRDefault="00DD1566" w:rsidP="00DD1566">
                            <w:pPr>
                              <w:rPr>
                                <w:rFonts w:ascii="Lato" w:hAnsi="Lato"/>
                                <w:b/>
                                <w:bCs/>
                                <w:color w:val="7F7F7F" w:themeColor="text1" w:themeTint="80"/>
                                <w:sz w:val="18"/>
                                <w:szCs w:val="18"/>
                              </w:rPr>
                            </w:pPr>
                            <w:r w:rsidRPr="008946DA">
                              <w:rPr>
                                <w:rFonts w:ascii="Lato" w:hAnsi="Lato"/>
                                <w:b/>
                                <w:bCs/>
                                <w:color w:val="7F7F7F" w:themeColor="text1" w:themeTint="80"/>
                                <w:sz w:val="18"/>
                                <w:szCs w:val="18"/>
                              </w:rPr>
                              <w:t>Strictly Confidential</w:t>
                            </w:r>
                          </w:p>
                          <w:p w14:paraId="18A13C4E" w14:textId="77777777" w:rsidR="00DD1566" w:rsidRDefault="00DD1566"/>
                          <w:p w14:paraId="7C933FEB" w14:textId="77777777" w:rsidR="00DD1566" w:rsidRDefault="00DD1566"/>
                          <w:p w14:paraId="459E8369" w14:textId="3808146E" w:rsidR="00DD1566" w:rsidRPr="008946DA" w:rsidRDefault="00DD1566" w:rsidP="00DD1566">
                            <w:pPr>
                              <w:rPr>
                                <w:rFonts w:ascii="Lato" w:hAnsi="Lato"/>
                                <w:b/>
                                <w:bCs/>
                                <w:color w:val="7F7F7F" w:themeColor="text1" w:themeTint="80"/>
                                <w:sz w:val="18"/>
                                <w:szCs w:val="18"/>
                              </w:rPr>
                            </w:pPr>
                            <w:r w:rsidRPr="008946DA">
                              <w:rPr>
                                <w:rFonts w:ascii="Lato" w:hAnsi="Lato"/>
                                <w:b/>
                                <w:bCs/>
                                <w:color w:val="7F7F7F" w:themeColor="text1" w:themeTint="80"/>
                                <w:sz w:val="18"/>
                                <w:szCs w:val="18"/>
                              </w:rPr>
                              <w:t>Strictly Confidential</w:t>
                            </w:r>
                          </w:p>
                          <w:p w14:paraId="0D617C44" w14:textId="77777777" w:rsidR="00DD1566" w:rsidRDefault="00DD156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0FB4BA" id="Text Box 2066689636" o:spid="_x0000_s1028" type="#_x0000_t202" style="position:absolute;margin-left:-1.45pt;margin-top:657.3pt;width:130.05pt;height:17.9pt;z-index:2516172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" filled="f" stroked="f">
                <v:textbox>
                  <w:txbxContent>
                    <w:p w14:paraId="14CD0764" w14:textId="77777777" w:rsidR="00DD1566" w:rsidRPr="008946DA" w:rsidRDefault="00DD1566" w:rsidP="00DD1566">
                      <w:pPr>
                        <w:rPr>
                          <w:rFonts w:ascii="Lato" w:hAnsi="Lato"/>
                          <w:b/>
                          <w:bCs/>
                          <w:color w:val="7F7F7F" w:themeColor="text1" w:themeTint="80"/>
                          <w:sz w:val="18"/>
                          <w:szCs w:val="18"/>
                        </w:rPr>
                      </w:pPr>
                      <w:r w:rsidRPr="008946DA">
                        <w:rPr>
                          <w:rFonts w:ascii="Lato" w:hAnsi="Lato"/>
                          <w:b/>
                          <w:bCs/>
                          <w:color w:val="7F7F7F" w:themeColor="text1" w:themeTint="80"/>
                          <w:sz w:val="18"/>
                          <w:szCs w:val="18"/>
                        </w:rPr>
                        <w:t>Strictly Confidential</w:t>
                      </w:r>
                    </w:p>
                    <w:p w14:paraId="18A13C4E" w14:textId="77777777" w:rsidR="00DD1566" w:rsidRDefault="00DD1566"/>
                    <w:p w14:paraId="7C933FEB" w14:textId="77777777" w:rsidR="00DD1566" w:rsidRDefault="00DD1566"/>
                    <w:p w14:paraId="459E8369" w14:textId="3808146E" w:rsidR="00DD1566" w:rsidRPr="008946DA" w:rsidRDefault="00DD1566" w:rsidP="00DD1566">
                      <w:pPr>
                        <w:rPr>
                          <w:rFonts w:ascii="Lato" w:hAnsi="Lato"/>
                          <w:b/>
                          <w:bCs/>
                          <w:color w:val="7F7F7F" w:themeColor="text1" w:themeTint="80"/>
                          <w:sz w:val="18"/>
                          <w:szCs w:val="18"/>
                        </w:rPr>
                      </w:pPr>
                      <w:r w:rsidRPr="008946DA">
                        <w:rPr>
                          <w:rFonts w:ascii="Lato" w:hAnsi="Lato"/>
                          <w:b/>
                          <w:bCs/>
                          <w:color w:val="7F7F7F" w:themeColor="text1" w:themeTint="80"/>
                          <w:sz w:val="18"/>
                          <w:szCs w:val="18"/>
                        </w:rPr>
                        <w:t>Strictly Confidential</w:t>
                      </w:r>
                    </w:p>
                    <w:p w14:paraId="0D617C44" w14:textId="77777777" w:rsidR="00DD1566" w:rsidRDefault="00DD1566"/>
                  </w:txbxContent>
                </v:textbox>
                <w10:wrap anchorx="margin"/>
              </v:shape>
            </w:pict>
          </mc:Fallback>
        </mc:AlternateContent>
      </w:r>
      <w:r w:rsidR="00DD1566" w:rsidRPr="004559F4">
        <w:rPr>
          <w:rFonts w:asciiTheme="majorHAnsi" w:hAnsiTheme="majorHAnsi" w:cstheme="majorHAnsi"/>
        </w:rPr>
        <w:t xml:space="preserve"> </w:t>
      </w:r>
      <w:r w:rsidR="00DD1566" w:rsidRPr="004559F4">
        <w:rPr>
          <w:rFonts w:asciiTheme="majorHAnsi" w:hAnsiTheme="majorHAnsi" w:cstheme="majorHAnsi"/>
        </w:rPr>
        <w:br w:type="page"/>
      </w:r>
    </w:p>
    <w:p w14:paraId="11E4AA5E" w14:textId="13A1D4FF" w:rsidR="00DE3AA8" w:rsidRPr="004559F4" w:rsidRDefault="00DE3AA8" w:rsidP="003273E0">
      <w:pPr>
        <w:pStyle w:val="Heading1"/>
        <w:numPr>
          <w:ilvl w:val="0"/>
          <w:numId w:val="17"/>
        </w:numPr>
        <w:spacing w:before="0"/>
        <w:rPr>
          <w:rFonts w:cstheme="majorHAnsi"/>
          <w:b w:val="0"/>
          <w:bCs w:val="0"/>
          <w:color w:val="F7A81B"/>
          <w:sz w:val="32"/>
        </w:rPr>
      </w:pPr>
      <w:bookmarkStart w:id="2" w:name="_Toc209604528"/>
      <w:r w:rsidRPr="004559F4">
        <w:rPr>
          <w:rFonts w:cstheme="majorHAnsi"/>
          <w:color w:val="F7A81B"/>
          <w:sz w:val="32"/>
        </w:rPr>
        <w:lastRenderedPageBreak/>
        <w:t>Executive Summary</w:t>
      </w:r>
      <w:bookmarkEnd w:id="2"/>
    </w:p>
    <w:p w14:paraId="4E4B8522" w14:textId="287D6451" w:rsidR="002944D4" w:rsidRDefault="00A951A1" w:rsidP="000A24B5">
      <w:pPr>
        <w:rPr>
          <w:rFonts w:asciiTheme="majorHAnsi" w:hAnsiTheme="majorHAnsi" w:cstheme="majorHAnsi"/>
        </w:rPr>
      </w:pPr>
      <w:r w:rsidRPr="004559F4">
        <w:rPr>
          <w:rFonts w:asciiTheme="majorHAnsi" w:hAnsiTheme="majorHAnsi" w:cstheme="majorHAnsi"/>
        </w:rPr>
        <w:t xml:space="preserve">The </w:t>
      </w:r>
      <w:r w:rsidRPr="002F18B3">
        <w:rPr>
          <w:rFonts w:asciiTheme="majorHAnsi" w:hAnsiTheme="majorHAnsi" w:cstheme="majorHAnsi"/>
          <w:b/>
          <w:bCs/>
          <w:i/>
          <w:iCs/>
        </w:rPr>
        <w:t>Maternal &amp; Child Health (MCH)</w:t>
      </w:r>
      <w:r w:rsidRPr="0065700B">
        <w:rPr>
          <w:rFonts w:asciiTheme="majorHAnsi" w:hAnsiTheme="majorHAnsi" w:cstheme="majorHAnsi"/>
          <w:i/>
          <w:iCs/>
        </w:rPr>
        <w:t xml:space="preserve"> Project</w:t>
      </w:r>
      <w:r w:rsidR="00260C89" w:rsidRPr="004559F4">
        <w:rPr>
          <w:rFonts w:asciiTheme="majorHAnsi" w:hAnsiTheme="majorHAnsi" w:cstheme="majorHAnsi"/>
        </w:rPr>
        <w:t xml:space="preserve"> represents a vital global initiative addressing one of the most urgent challenges of our time: </w:t>
      </w:r>
      <w:r w:rsidR="00260C89" w:rsidRPr="002F18B3">
        <w:rPr>
          <w:rFonts w:asciiTheme="majorHAnsi" w:hAnsiTheme="majorHAnsi" w:cstheme="majorHAnsi"/>
          <w:b/>
          <w:bCs/>
        </w:rPr>
        <w:t>improving maternal and child health outcomes in low-resource countries.</w:t>
      </w:r>
      <w:r w:rsidR="00260C89" w:rsidRPr="004559F4">
        <w:rPr>
          <w:rFonts w:asciiTheme="majorHAnsi" w:hAnsiTheme="majorHAnsi" w:cstheme="majorHAnsi"/>
        </w:rPr>
        <w:t xml:space="preserve"> </w:t>
      </w:r>
      <w:r w:rsidR="00693561">
        <w:rPr>
          <w:rFonts w:asciiTheme="majorHAnsi" w:hAnsiTheme="majorHAnsi" w:cstheme="majorHAnsi"/>
        </w:rPr>
        <w:t>T</w:t>
      </w:r>
      <w:r w:rsidR="00693561" w:rsidRPr="004559F4">
        <w:rPr>
          <w:rFonts w:asciiTheme="majorHAnsi" w:hAnsiTheme="majorHAnsi" w:cstheme="majorHAnsi"/>
        </w:rPr>
        <w:t>he project provides life-saving interventions and strengthens healthcare capacity where it is most needed</w:t>
      </w:r>
      <w:r w:rsidR="00693561">
        <w:rPr>
          <w:rFonts w:asciiTheme="majorHAnsi" w:hAnsiTheme="majorHAnsi" w:cstheme="majorHAnsi"/>
        </w:rPr>
        <w:t xml:space="preserve"> the most, o</w:t>
      </w:r>
      <w:r w:rsidR="00260C89" w:rsidRPr="004559F4">
        <w:rPr>
          <w:rFonts w:asciiTheme="majorHAnsi" w:hAnsiTheme="majorHAnsi" w:cstheme="majorHAnsi"/>
        </w:rPr>
        <w:t>perating across regions including Zambia, Uganda, Malawi, Ethiopia, Kenya, Tanzania, Papua New Guinea, Myanmar, Nepal, Vietnam, Laos, Philippines, Cambodia</w:t>
      </w:r>
      <w:r w:rsidR="009B5876" w:rsidRPr="004559F4">
        <w:rPr>
          <w:rFonts w:asciiTheme="majorHAnsi" w:hAnsiTheme="majorHAnsi" w:cstheme="majorHAnsi"/>
        </w:rPr>
        <w:t xml:space="preserve"> and</w:t>
      </w:r>
      <w:r w:rsidR="00260C89" w:rsidRPr="004559F4">
        <w:rPr>
          <w:rFonts w:asciiTheme="majorHAnsi" w:hAnsiTheme="majorHAnsi" w:cstheme="majorHAnsi"/>
        </w:rPr>
        <w:t xml:space="preserve"> Bangladesh</w:t>
      </w:r>
      <w:r w:rsidR="00693561">
        <w:rPr>
          <w:rFonts w:asciiTheme="majorHAnsi" w:hAnsiTheme="majorHAnsi" w:cstheme="majorHAnsi"/>
        </w:rPr>
        <w:t>.</w:t>
      </w:r>
      <w:r w:rsidR="00260C89" w:rsidRPr="004559F4">
        <w:rPr>
          <w:rFonts w:asciiTheme="majorHAnsi" w:hAnsiTheme="majorHAnsi" w:cstheme="majorHAnsi"/>
        </w:rPr>
        <w:br/>
      </w:r>
      <w:r w:rsidR="00260C89" w:rsidRPr="004559F4">
        <w:rPr>
          <w:rFonts w:asciiTheme="majorHAnsi" w:hAnsiTheme="majorHAnsi" w:cstheme="majorHAnsi"/>
        </w:rPr>
        <w:br/>
        <w:t>This document outlines the project’s goals and funding requirements</w:t>
      </w:r>
      <w:r w:rsidR="001D68DD">
        <w:rPr>
          <w:rFonts w:asciiTheme="majorHAnsi" w:hAnsiTheme="majorHAnsi" w:cstheme="majorHAnsi"/>
        </w:rPr>
        <w:t xml:space="preserve"> of $10,000 AUD</w:t>
      </w:r>
      <w:r w:rsidR="003A351F">
        <w:rPr>
          <w:rFonts w:asciiTheme="majorHAnsi" w:hAnsiTheme="majorHAnsi" w:cstheme="majorHAnsi"/>
        </w:rPr>
        <w:t>,</w:t>
      </w:r>
      <w:r w:rsidR="00260C89" w:rsidRPr="004559F4">
        <w:rPr>
          <w:rFonts w:asciiTheme="majorHAnsi" w:hAnsiTheme="majorHAnsi" w:cstheme="majorHAnsi"/>
        </w:rPr>
        <w:t xml:space="preserve"> to expand training, provide essential equipment</w:t>
      </w:r>
      <w:r w:rsidR="009B5876" w:rsidRPr="004559F4">
        <w:rPr>
          <w:rFonts w:asciiTheme="majorHAnsi" w:hAnsiTheme="majorHAnsi" w:cstheme="majorHAnsi"/>
        </w:rPr>
        <w:t xml:space="preserve"> and</w:t>
      </w:r>
      <w:r w:rsidR="00260C89" w:rsidRPr="004559F4">
        <w:rPr>
          <w:rFonts w:asciiTheme="majorHAnsi" w:hAnsiTheme="majorHAnsi" w:cstheme="majorHAnsi"/>
        </w:rPr>
        <w:t xml:space="preserve"> ensure sustainable maternal and child health programs across these countries. </w:t>
      </w:r>
      <w:r w:rsidR="002B4C41">
        <w:rPr>
          <w:rFonts w:asciiTheme="majorHAnsi" w:hAnsiTheme="majorHAnsi" w:cstheme="majorHAnsi"/>
        </w:rPr>
        <w:t>F</w:t>
      </w:r>
      <w:r w:rsidR="00260C89" w:rsidRPr="004559F4">
        <w:rPr>
          <w:rFonts w:asciiTheme="majorHAnsi" w:hAnsiTheme="majorHAnsi" w:cstheme="majorHAnsi"/>
        </w:rPr>
        <w:t>urther donor support will allow the project to extend its reach and deepen its impact.</w:t>
      </w:r>
      <w:r w:rsidR="00260C89" w:rsidRPr="004559F4">
        <w:rPr>
          <w:rFonts w:asciiTheme="majorHAnsi" w:hAnsiTheme="majorHAnsi" w:cstheme="majorHAnsi"/>
        </w:rPr>
        <w:br/>
      </w:r>
      <w:r w:rsidR="00260C89" w:rsidRPr="004559F4">
        <w:rPr>
          <w:rFonts w:asciiTheme="majorHAnsi" w:hAnsiTheme="majorHAnsi" w:cstheme="majorHAnsi"/>
        </w:rPr>
        <w:br/>
      </w:r>
      <w:r w:rsidR="000C4D60">
        <w:rPr>
          <w:rFonts w:asciiTheme="majorHAnsi" w:hAnsiTheme="majorHAnsi" w:cstheme="majorHAnsi"/>
        </w:rPr>
        <w:t>MCH is a Rotary Australia World Community Service (RAWCS) project</w:t>
      </w:r>
      <w:r w:rsidR="002944D4" w:rsidRPr="002944D4">
        <w:rPr>
          <w:rFonts w:asciiTheme="majorHAnsi" w:hAnsiTheme="majorHAnsi" w:cstheme="majorHAnsi"/>
        </w:rPr>
        <w:t>.</w:t>
      </w:r>
      <w:r w:rsidR="002F18B3">
        <w:rPr>
          <w:rFonts w:asciiTheme="majorHAnsi" w:hAnsiTheme="majorHAnsi" w:cstheme="majorHAnsi"/>
        </w:rPr>
        <w:t xml:space="preserve"> MCH</w:t>
      </w:r>
      <w:r w:rsidR="002F18B3" w:rsidRPr="004559F4">
        <w:rPr>
          <w:rFonts w:asciiTheme="majorHAnsi" w:hAnsiTheme="majorHAnsi" w:cstheme="majorHAnsi"/>
        </w:rPr>
        <w:t xml:space="preserve"> is not just a medical issue, it is a matter of dignity, equality and survival. Donor support can save lives, empower women and transform communities, ensuring a healthier and more hopeful future for mothers and children worldwide.</w:t>
      </w:r>
    </w:p>
    <w:p w14:paraId="4F8B9B62" w14:textId="34C77870" w:rsidR="009358F5" w:rsidRPr="00C66D83" w:rsidRDefault="00C66D83" w:rsidP="003273E0">
      <w:pPr>
        <w:pStyle w:val="Heading1"/>
        <w:numPr>
          <w:ilvl w:val="0"/>
          <w:numId w:val="17"/>
        </w:numPr>
        <w:spacing w:before="0"/>
        <w:rPr>
          <w:rFonts w:cstheme="majorHAnsi"/>
          <w:color w:val="F7A81B"/>
          <w:sz w:val="32"/>
        </w:rPr>
      </w:pPr>
      <w:bookmarkStart w:id="3" w:name="_Toc209604529"/>
      <w:r w:rsidRPr="00C66D83">
        <w:rPr>
          <w:rFonts w:cstheme="majorHAnsi"/>
          <w:color w:val="F7A81B"/>
          <w:sz w:val="32"/>
        </w:rPr>
        <w:t>Rotary Australia World Community Service (RAWCS)</w:t>
      </w:r>
      <w:bookmarkEnd w:id="3"/>
    </w:p>
    <w:p w14:paraId="04574E2B" w14:textId="298565EF" w:rsidR="00A47AF6" w:rsidRPr="009358F5" w:rsidRDefault="00A47AF6" w:rsidP="009358F5">
      <w:pPr>
        <w:pStyle w:val="Heading1"/>
        <w:numPr>
          <w:ilvl w:val="0"/>
          <w:numId w:val="15"/>
        </w:numPr>
        <w:tabs>
          <w:tab w:val="num" w:pos="360"/>
        </w:tabs>
        <w:spacing w:before="0"/>
        <w:rPr>
          <w:rFonts w:cstheme="majorHAnsi"/>
          <w:color w:val="17458F"/>
          <w:sz w:val="24"/>
          <w:szCs w:val="24"/>
        </w:rPr>
      </w:pPr>
      <w:bookmarkStart w:id="4" w:name="_Toc209604530"/>
      <w:r w:rsidRPr="009358F5">
        <w:rPr>
          <w:rFonts w:cstheme="majorHAnsi"/>
          <w:color w:val="17458F"/>
          <w:sz w:val="24"/>
          <w:szCs w:val="24"/>
        </w:rPr>
        <w:t>About Us</w:t>
      </w:r>
      <w:bookmarkEnd w:id="4"/>
    </w:p>
    <w:p w14:paraId="4D7F1D2E" w14:textId="0C02E71D" w:rsidR="00EA3A63" w:rsidRPr="00EA3A63" w:rsidRDefault="00EA3A63" w:rsidP="000B431A">
      <w:pPr>
        <w:spacing w:after="0"/>
        <w:ind w:right="142"/>
        <w:rPr>
          <w:rFonts w:asciiTheme="majorHAnsi" w:hAnsiTheme="majorHAnsi" w:cstheme="majorHAnsi"/>
        </w:rPr>
      </w:pPr>
      <w:r w:rsidRPr="00EA3A63">
        <w:rPr>
          <w:rFonts w:asciiTheme="majorHAnsi" w:hAnsiTheme="majorHAnsi" w:cstheme="majorHAnsi"/>
        </w:rPr>
        <w:t xml:space="preserve">Founded in 1966, </w:t>
      </w:r>
      <w:r w:rsidR="000C4D60">
        <w:rPr>
          <w:rFonts w:asciiTheme="majorHAnsi" w:hAnsiTheme="majorHAnsi" w:cstheme="majorHAnsi"/>
        </w:rPr>
        <w:t>RAWCS</w:t>
      </w:r>
      <w:r w:rsidRPr="00EA3A63">
        <w:rPr>
          <w:rFonts w:asciiTheme="majorHAnsi" w:hAnsiTheme="majorHAnsi" w:cstheme="majorHAnsi"/>
        </w:rPr>
        <w:t xml:space="preserve"> delivers Rotary’s humanitarian, development and disaster relief projects both in Australia and internationally.</w:t>
      </w:r>
      <w:r w:rsidRPr="004559F4">
        <w:rPr>
          <w:rFonts w:asciiTheme="majorHAnsi" w:hAnsiTheme="majorHAnsi" w:cstheme="majorHAnsi"/>
        </w:rPr>
        <w:t xml:space="preserve"> </w:t>
      </w:r>
      <w:r w:rsidRPr="00EA3A63">
        <w:rPr>
          <w:rFonts w:asciiTheme="majorHAnsi" w:hAnsiTheme="majorHAnsi" w:cstheme="majorHAnsi"/>
        </w:rPr>
        <w:t>Over the years, we have contributed $0.5 billion in aid and completed thousands of projects, benefiting hundreds of thousands of people across 45 countries.</w:t>
      </w:r>
      <w:r w:rsidRPr="004559F4">
        <w:rPr>
          <w:rFonts w:asciiTheme="majorHAnsi" w:hAnsiTheme="majorHAnsi" w:cstheme="majorHAnsi"/>
        </w:rPr>
        <w:t xml:space="preserve"> </w:t>
      </w:r>
      <w:r w:rsidRPr="00EA3A63">
        <w:rPr>
          <w:rFonts w:asciiTheme="majorHAnsi" w:hAnsiTheme="majorHAnsi" w:cstheme="majorHAnsi"/>
        </w:rPr>
        <w:t>At RAWCS, we are committed to fostering diversity, equity, and inclusion to achieve our goal of making a positive impact on communities in need, both in Australia and developing countries. Upholding human rights principles is fundamental to all aspects of our operations.</w:t>
      </w:r>
    </w:p>
    <w:p w14:paraId="14EDE7D5" w14:textId="77777777" w:rsidR="00EA3A63" w:rsidRDefault="00EA3A63" w:rsidP="000B431A">
      <w:pPr>
        <w:spacing w:after="0"/>
        <w:ind w:right="142"/>
        <w:rPr>
          <w:rFonts w:asciiTheme="majorHAnsi" w:hAnsiTheme="majorHAnsi" w:cstheme="majorHAnsi"/>
        </w:rPr>
      </w:pPr>
    </w:p>
    <w:p w14:paraId="158B0801" w14:textId="618B6F8E" w:rsidR="00C80A79" w:rsidRPr="004559F4" w:rsidRDefault="00C80A79" w:rsidP="009358F5">
      <w:pPr>
        <w:pStyle w:val="Heading1"/>
        <w:numPr>
          <w:ilvl w:val="0"/>
          <w:numId w:val="15"/>
        </w:numPr>
        <w:tabs>
          <w:tab w:val="num" w:pos="360"/>
        </w:tabs>
        <w:spacing w:before="0"/>
        <w:rPr>
          <w:rFonts w:cstheme="majorHAnsi"/>
          <w:color w:val="17458F"/>
          <w:sz w:val="24"/>
          <w:szCs w:val="24"/>
        </w:rPr>
      </w:pPr>
      <w:bookmarkStart w:id="5" w:name="_Toc209604531"/>
      <w:r w:rsidRPr="004559F4">
        <w:rPr>
          <w:rFonts w:cstheme="majorHAnsi"/>
          <w:color w:val="17458F"/>
          <w:sz w:val="24"/>
          <w:szCs w:val="24"/>
        </w:rPr>
        <w:t>Mission</w:t>
      </w:r>
      <w:bookmarkEnd w:id="5"/>
    </w:p>
    <w:p w14:paraId="4C97D6AF" w14:textId="173A7DCE" w:rsidR="00196AFA" w:rsidRPr="004559F4" w:rsidRDefault="00196AFA" w:rsidP="000B431A">
      <w:pPr>
        <w:rPr>
          <w:rFonts w:asciiTheme="majorHAnsi" w:hAnsiTheme="majorHAnsi" w:cstheme="majorHAnsi"/>
        </w:rPr>
      </w:pPr>
      <w:r w:rsidRPr="004559F4">
        <w:rPr>
          <w:rFonts w:asciiTheme="majorHAnsi" w:hAnsiTheme="majorHAnsi" w:cstheme="majorHAnsi"/>
        </w:rPr>
        <w:t>RAWCS' mission is to facilitate Rotary clubs in Australia to deliver humanitarian aid projects that support disadvantaged communities and individuals both in Australia and internationally, focusing on areas like disease prevention, clean water access, health, education, sustainable economic growth, environmental conservation, and the promotion of peace and understanding. The organization provides the framework, infrastructure, and support for these projects, ensuring accountability and fostering lasting positive impact. </w:t>
      </w:r>
    </w:p>
    <w:p w14:paraId="15A62CAA" w14:textId="6CF140F5" w:rsidR="00C80A79" w:rsidRPr="004559F4" w:rsidRDefault="00C80A79" w:rsidP="000B431A">
      <w:pPr>
        <w:rPr>
          <w:rFonts w:asciiTheme="majorHAnsi" w:hAnsiTheme="majorHAnsi" w:cstheme="majorHAnsi"/>
          <w:lang w:val="en-AU"/>
        </w:rPr>
      </w:pPr>
      <w:r w:rsidRPr="004559F4">
        <w:rPr>
          <w:rFonts w:asciiTheme="majorHAnsi" w:hAnsiTheme="majorHAnsi" w:cstheme="majorHAnsi"/>
          <w:noProof/>
        </w:rPr>
        <mc:AlternateContent>
          <mc:Choice Requires="wpg">
            <w:drawing>
              <wp:anchor distT="0" distB="0" distL="114300" distR="114300" simplePos="0" relativeHeight="251646464" behindDoc="0" locked="0" layoutInCell="1" allowOverlap="1" wp14:anchorId="629D128F" wp14:editId="685F0DA7">
                <wp:simplePos x="0" y="0"/>
                <wp:positionH relativeFrom="column">
                  <wp:posOffset>53975</wp:posOffset>
                </wp:positionH>
                <wp:positionV relativeFrom="paragraph">
                  <wp:posOffset>40400</wp:posOffset>
                </wp:positionV>
                <wp:extent cx="6092190" cy="983615"/>
                <wp:effectExtent l="0" t="0" r="0" b="0"/>
                <wp:wrapNone/>
                <wp:docPr id="20" name="Group 19">
                  <a:extLst xmlns:a="http://schemas.openxmlformats.org/drawingml/2006/main">
                    <a:ext uri="{FF2B5EF4-FFF2-40B4-BE49-F238E27FC236}">
                      <a16:creationId xmlns:a16="http://schemas.microsoft.com/office/drawing/2014/main" id="{DB80ADE9-E548-B655-C490-CD7C83081376}"/>
                    </a:ext>
                  </a:extLst>
                </wp:docPr>
                <wp:cNvGraphicFramePr/>
                <a:graphic xmlns:a="http://schemas.openxmlformats.org/drawingml/2006/main">
                  <a:graphicData uri="http://schemas.microsoft.com/office/word/2010/wordprocessingGroup">
                    <wpg:wgp>
                      <wpg:cNvGrpSpPr/>
                      <wpg:grpSpPr>
                        <a:xfrm>
                          <a:off x="0" y="0"/>
                          <a:ext cx="6092190" cy="983615"/>
                          <a:chOff x="0" y="0"/>
                          <a:chExt cx="8178420" cy="1347497"/>
                        </a:xfrm>
                      </wpg:grpSpPr>
                      <pic:pic xmlns:pic="http://schemas.openxmlformats.org/drawingml/2006/picture">
                        <pic:nvPicPr>
                          <pic:cNvPr id="876508188" name="Picture 876508188" descr="A blue bird with a branch in its beak&#10;&#10;AI-generated content may be incorrect.">
                            <a:extLst>
                              <a:ext uri="{FF2B5EF4-FFF2-40B4-BE49-F238E27FC236}">
                                <a16:creationId xmlns:a16="http://schemas.microsoft.com/office/drawing/2014/main" id="{AC8C9A02-632C-7E76-AB12-9F892C57D986}"/>
                              </a:ext>
                            </a:extLst>
                          </pic:cNvPr>
                          <pic:cNvPicPr>
                            <a:picLocks noChangeAspect="1"/>
                          </pic:cNvPicPr>
                        </pic:nvPicPr>
                        <pic:blipFill>
                          <a:blip r:embed="rId16"/>
                          <a:stretch>
                            <a:fillRect/>
                          </a:stretch>
                        </pic:blipFill>
                        <pic:spPr>
                          <a:xfrm>
                            <a:off x="2226193" y="22289"/>
                            <a:ext cx="1190997" cy="1193112"/>
                          </a:xfrm>
                          <a:prstGeom prst="rect">
                            <a:avLst/>
                          </a:prstGeom>
                        </pic:spPr>
                      </pic:pic>
                      <pic:pic xmlns:pic="http://schemas.openxmlformats.org/drawingml/2006/picture">
                        <pic:nvPicPr>
                          <pic:cNvPr id="237183386" name="Picture 237183386" descr="A red outline of a shield with a cross and a virus&#10;&#10;AI-generated content may be incorrect.">
                            <a:extLst>
                              <a:ext uri="{FF2B5EF4-FFF2-40B4-BE49-F238E27FC236}">
                                <a16:creationId xmlns:a16="http://schemas.microsoft.com/office/drawing/2014/main" id="{A831FEA3-9137-486A-ADDE-9A142F7BCD6E}"/>
                              </a:ext>
                            </a:extLst>
                          </pic:cNvPr>
                          <pic:cNvPicPr>
                            <a:picLocks noChangeAspect="1"/>
                          </pic:cNvPicPr>
                        </pic:nvPicPr>
                        <pic:blipFill>
                          <a:blip r:embed="rId17"/>
                          <a:stretch>
                            <a:fillRect/>
                          </a:stretch>
                        </pic:blipFill>
                        <pic:spPr>
                          <a:xfrm>
                            <a:off x="3417190" y="0"/>
                            <a:ext cx="1193112" cy="1193112"/>
                          </a:xfrm>
                          <a:prstGeom prst="rect">
                            <a:avLst/>
                          </a:prstGeom>
                        </pic:spPr>
                      </pic:pic>
                      <pic:pic xmlns:pic="http://schemas.openxmlformats.org/drawingml/2006/picture">
                        <pic:nvPicPr>
                          <pic:cNvPr id="59559378" name="Picture 59559378" descr="A blue and black logo&#10;&#10;AI-generated content may be incorrect.">
                            <a:extLst>
                              <a:ext uri="{FF2B5EF4-FFF2-40B4-BE49-F238E27FC236}">
                                <a16:creationId xmlns:a16="http://schemas.microsoft.com/office/drawing/2014/main" id="{BEEA51C1-D835-C75A-0596-1EC17B7AED72}"/>
                              </a:ext>
                            </a:extLst>
                          </pic:cNvPr>
                          <pic:cNvPicPr>
                            <a:picLocks noChangeAspect="1"/>
                          </pic:cNvPicPr>
                        </pic:nvPicPr>
                        <pic:blipFill>
                          <a:blip r:embed="rId18"/>
                          <a:stretch>
                            <a:fillRect/>
                          </a:stretch>
                        </pic:blipFill>
                        <pic:spPr>
                          <a:xfrm>
                            <a:off x="4634870" y="38839"/>
                            <a:ext cx="1190997" cy="1193112"/>
                          </a:xfrm>
                          <a:prstGeom prst="rect">
                            <a:avLst/>
                          </a:prstGeom>
                        </pic:spPr>
                      </pic:pic>
                      <pic:pic xmlns:pic="http://schemas.openxmlformats.org/drawingml/2006/picture">
                        <pic:nvPicPr>
                          <pic:cNvPr id="264163312" name="Picture 264163312" descr="A purple and black cartoon of a child holding a heart&#10;&#10;AI-generated content may be incorrect.">
                            <a:extLst>
                              <a:ext uri="{FF2B5EF4-FFF2-40B4-BE49-F238E27FC236}">
                                <a16:creationId xmlns:a16="http://schemas.microsoft.com/office/drawing/2014/main" id="{5B4748AC-0BE1-6A28-F747-5122277BCB46}"/>
                              </a:ext>
                            </a:extLst>
                          </pic:cNvPr>
                          <pic:cNvPicPr>
                            <a:picLocks noChangeAspect="1"/>
                          </pic:cNvPicPr>
                        </pic:nvPicPr>
                        <pic:blipFill>
                          <a:blip r:embed="rId19"/>
                          <a:stretch>
                            <a:fillRect/>
                          </a:stretch>
                        </pic:blipFill>
                        <pic:spPr>
                          <a:xfrm>
                            <a:off x="1171402" y="38839"/>
                            <a:ext cx="1109646" cy="1109646"/>
                          </a:xfrm>
                          <a:prstGeom prst="rect">
                            <a:avLst/>
                          </a:prstGeom>
                        </pic:spPr>
                      </pic:pic>
                      <pic:pic xmlns:pic="http://schemas.openxmlformats.org/drawingml/2006/picture">
                        <pic:nvPicPr>
                          <pic:cNvPr id="1091686964" name="Picture 1091686964" descr="A book and light bulb on a black background&#10;&#10;AI-generated content may be incorrect.">
                            <a:extLst>
                              <a:ext uri="{FF2B5EF4-FFF2-40B4-BE49-F238E27FC236}">
                                <a16:creationId xmlns:a16="http://schemas.microsoft.com/office/drawing/2014/main" id="{00B4523C-C665-CE00-DCA1-D2C01AD1DF94}"/>
                              </a:ext>
                            </a:extLst>
                          </pic:cNvPr>
                          <pic:cNvPicPr>
                            <a:picLocks noChangeAspect="1"/>
                          </pic:cNvPicPr>
                        </pic:nvPicPr>
                        <pic:blipFill>
                          <a:blip r:embed="rId20"/>
                          <a:stretch>
                            <a:fillRect/>
                          </a:stretch>
                        </pic:blipFill>
                        <pic:spPr>
                          <a:xfrm>
                            <a:off x="0" y="0"/>
                            <a:ext cx="1193112" cy="1193112"/>
                          </a:xfrm>
                          <a:prstGeom prst="rect">
                            <a:avLst/>
                          </a:prstGeom>
                        </pic:spPr>
                      </pic:pic>
                      <pic:pic xmlns:pic="http://schemas.openxmlformats.org/drawingml/2006/picture">
                        <pic:nvPicPr>
                          <pic:cNvPr id="809111560" name="Picture 809111560" descr="A stack of coins with a dollar sign&#10;&#10;AI-generated content may be incorrect.">
                            <a:extLst>
                              <a:ext uri="{FF2B5EF4-FFF2-40B4-BE49-F238E27FC236}">
                                <a16:creationId xmlns:a16="http://schemas.microsoft.com/office/drawing/2014/main" id="{74EF074E-98D6-9A59-3900-5F32AB0AD5A9}"/>
                              </a:ext>
                            </a:extLst>
                          </pic:cNvPr>
                          <pic:cNvPicPr>
                            <a:picLocks noChangeAspect="1"/>
                          </pic:cNvPicPr>
                        </pic:nvPicPr>
                        <pic:blipFill>
                          <a:blip r:embed="rId21"/>
                          <a:stretch>
                            <a:fillRect/>
                          </a:stretch>
                        </pic:blipFill>
                        <pic:spPr>
                          <a:xfrm>
                            <a:off x="5707897" y="0"/>
                            <a:ext cx="1345109" cy="1347497"/>
                          </a:xfrm>
                          <a:prstGeom prst="rect">
                            <a:avLst/>
                          </a:prstGeom>
                        </pic:spPr>
                      </pic:pic>
                      <pic:pic xmlns:pic="http://schemas.openxmlformats.org/drawingml/2006/picture">
                        <pic:nvPicPr>
                          <pic:cNvPr id="127988586" name="Picture 127988586" descr="A green trees and a black background&#10;&#10;AI-generated content may be incorrect.">
                            <a:extLst>
                              <a:ext uri="{FF2B5EF4-FFF2-40B4-BE49-F238E27FC236}">
                                <a16:creationId xmlns:a16="http://schemas.microsoft.com/office/drawing/2014/main" id="{130C7471-C14C-D174-B15C-AEBFF1B227CF}"/>
                              </a:ext>
                            </a:extLst>
                          </pic:cNvPr>
                          <pic:cNvPicPr>
                            <a:picLocks noChangeAspect="1"/>
                          </pic:cNvPicPr>
                        </pic:nvPicPr>
                        <pic:blipFill>
                          <a:blip r:embed="rId22"/>
                          <a:stretch>
                            <a:fillRect/>
                          </a:stretch>
                        </pic:blipFill>
                        <pic:spPr>
                          <a:xfrm>
                            <a:off x="7070698" y="40763"/>
                            <a:ext cx="1107722" cy="1107722"/>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345C8C1" id="Group 19" o:spid="_x0000_s1026" style="position:absolute;margin-left:4.25pt;margin-top:3.2pt;width:479.7pt;height:77.45pt;z-index:251646464;mso-width-relative:margin;mso-height-relative:margin" coordsize="81784,134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76508188" o:spid="_x0000_s1027" type="#_x0000_t75" alt="A blue bird with a branch in its beak&#10;&#10;AI-generated content may be incorrect." style="position:absolute;left:22261;top:222;width:11910;height:11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">
                  <v:imagedata r:id="rId23" o:title="A blue bird with a branch in its beak&#10;&#10;AI-generated content may be incorrect"/>
                </v:shape>
                <v:shape id="Picture 237183386" o:spid="_x0000_s1028" type="#_x0000_t75" alt="A red outline of a shield with a cross and a virus&#10;&#10;AI-generated content may be incorrect." style="position:absolute;left:34171;width:11932;height:11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">
                  <v:imagedata r:id="rId24" o:title="A red outline of a shield with a cross and a virus&#10;&#10;AI-generated content may be incorrect"/>
                </v:shape>
                <v:shape id="Picture 59559378" o:spid="_x0000_s1029" type="#_x0000_t75" alt="A blue and black logo&#10;&#10;AI-generated content may be incorrect." style="position:absolute;left:46348;top:388;width:11910;height:11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">
                  <v:imagedata r:id="rId25" o:title="A blue and black logo&#10;&#10;AI-generated content may be incorrect"/>
                </v:shape>
                <v:shape id="Picture 264163312" o:spid="_x0000_s1030" type="#_x0000_t75" alt="A purple and black cartoon of a child holding a heart&#10;&#10;AI-generated content may be incorrect." style="position:absolute;left:11714;top:388;width:11096;height:11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">
                  <v:imagedata r:id="rId26" o:title="A purple and black cartoon of a child holding a heart&#10;&#10;AI-generated content may be incorrect"/>
                </v:shape>
                <v:shape id="Picture 1091686964" o:spid="_x0000_s1031" type="#_x0000_t75" alt="A book and light bulb on a black background&#10;&#10;AI-generated content may be incorrect." style="position:absolute;width:11931;height:11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">
                  <v:imagedata r:id="rId27" o:title="A book and light bulb on a black background&#10;&#10;AI-generated content may be incorrect"/>
                </v:shape>
                <v:shape id="Picture 809111560" o:spid="_x0000_s1032" type="#_x0000_t75" alt="A stack of coins with a dollar sign&#10;&#10;AI-generated content may be incorrect." style="position:absolute;left:57078;width:13452;height:13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">
                  <v:imagedata r:id="rId28" o:title="A stack of coins with a dollar sign&#10;&#10;AI-generated content may be incorrect"/>
                </v:shape>
                <v:shape id="Picture 127988586" o:spid="_x0000_s1033" type="#_x0000_t75" alt="A green trees and a black background&#10;&#10;AI-generated content may be incorrect." style="position:absolute;left:70706;top:407;width:11078;height:110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">
                  <v:imagedata r:id="rId29" o:title="A green trees and a black background&#10;&#10;AI-generated content may be incorrect"/>
                </v:shape>
              </v:group>
            </w:pict>
          </mc:Fallback>
        </mc:AlternateContent>
      </w:r>
    </w:p>
    <w:p w14:paraId="0109BE32" w14:textId="595E5D5C" w:rsidR="004F1CF1" w:rsidRPr="004559F4" w:rsidRDefault="004F1CF1" w:rsidP="000B431A">
      <w:pPr>
        <w:rPr>
          <w:rFonts w:asciiTheme="majorHAnsi" w:hAnsiTheme="majorHAnsi" w:cstheme="majorHAnsi"/>
          <w:lang w:val="en-AU"/>
        </w:rPr>
      </w:pPr>
    </w:p>
    <w:p w14:paraId="61EE0C5D" w14:textId="0048A5B9" w:rsidR="000714E8" w:rsidRPr="004559F4" w:rsidRDefault="000714E8" w:rsidP="000B431A">
      <w:pPr>
        <w:rPr>
          <w:rFonts w:asciiTheme="majorHAnsi" w:hAnsiTheme="majorHAnsi" w:cstheme="majorHAnsi"/>
          <w:lang w:val="en-AU"/>
        </w:rPr>
      </w:pPr>
    </w:p>
    <w:p w14:paraId="7B88FCC2" w14:textId="412CD6DA" w:rsidR="008C32D1" w:rsidRDefault="008C32D1" w:rsidP="000B431A">
      <w:pPr>
        <w:rPr>
          <w:rFonts w:asciiTheme="majorHAnsi" w:hAnsiTheme="majorHAnsi" w:cstheme="majorHAnsi"/>
        </w:rPr>
      </w:pPr>
    </w:p>
    <w:p w14:paraId="3ECBF2EE" w14:textId="3AA98F2B" w:rsidR="009358F5" w:rsidRPr="004559F4" w:rsidRDefault="009358F5" w:rsidP="009358F5">
      <w:pPr>
        <w:pStyle w:val="Heading1"/>
        <w:numPr>
          <w:ilvl w:val="0"/>
          <w:numId w:val="15"/>
        </w:numPr>
        <w:tabs>
          <w:tab w:val="num" w:pos="360"/>
        </w:tabs>
        <w:spacing w:before="0"/>
        <w:rPr>
          <w:rFonts w:cstheme="majorHAnsi"/>
          <w:color w:val="17458F"/>
          <w:sz w:val="24"/>
          <w:szCs w:val="24"/>
        </w:rPr>
      </w:pPr>
      <w:bookmarkStart w:id="6" w:name="_Toc209604532"/>
      <w:r>
        <w:rPr>
          <w:rFonts w:cstheme="majorHAnsi"/>
          <w:color w:val="17458F"/>
          <w:sz w:val="24"/>
          <w:szCs w:val="24"/>
        </w:rPr>
        <w:t>V</w:t>
      </w:r>
      <w:r w:rsidRPr="004559F4">
        <w:rPr>
          <w:rFonts w:cstheme="majorHAnsi"/>
          <w:color w:val="17458F"/>
          <w:sz w:val="24"/>
          <w:szCs w:val="24"/>
        </w:rPr>
        <w:t>ision</w:t>
      </w:r>
      <w:bookmarkEnd w:id="6"/>
    </w:p>
    <w:p w14:paraId="60ADF011" w14:textId="7898544D" w:rsidR="00C66D83" w:rsidRDefault="00DD1566" w:rsidP="000B431A">
      <w:pPr>
        <w:rPr>
          <w:rFonts w:asciiTheme="majorHAnsi" w:hAnsiTheme="majorHAnsi" w:cstheme="majorHAnsi"/>
        </w:rPr>
      </w:pPr>
      <w:r w:rsidRPr="004559F4">
        <w:rPr>
          <w:rFonts w:asciiTheme="majorHAnsi" w:hAnsiTheme="majorHAnsi" w:cstheme="majorHAnsi"/>
        </w:rPr>
        <w:t>To make a positive and lasting impact on communities in need, both in Australia and developing countries oversea</w:t>
      </w:r>
      <w:r w:rsidR="00532933">
        <w:rPr>
          <w:rFonts w:asciiTheme="majorHAnsi" w:hAnsiTheme="majorHAnsi" w:cstheme="majorHAnsi"/>
        </w:rPr>
        <w:t>s.</w:t>
      </w:r>
    </w:p>
    <w:p w14:paraId="5B934A8D" w14:textId="7B3F476F" w:rsidR="00C66D83" w:rsidRDefault="00C66D83">
      <w:pPr>
        <w:rPr>
          <w:rFonts w:asciiTheme="majorHAnsi" w:hAnsiTheme="majorHAnsi" w:cstheme="majorHAnsi"/>
        </w:rPr>
      </w:pPr>
      <w:r>
        <w:rPr>
          <w:rFonts w:asciiTheme="majorHAnsi" w:hAnsiTheme="majorHAnsi" w:cstheme="majorHAnsi"/>
        </w:rPr>
        <w:br w:type="page"/>
      </w:r>
    </w:p>
    <w:p w14:paraId="4DFE4A2A" w14:textId="72594627" w:rsidR="00E056F6" w:rsidRPr="00C66D83" w:rsidRDefault="00E056F6" w:rsidP="00C66D83">
      <w:pPr>
        <w:pStyle w:val="Heading1"/>
        <w:numPr>
          <w:ilvl w:val="0"/>
          <w:numId w:val="15"/>
        </w:numPr>
        <w:tabs>
          <w:tab w:val="num" w:pos="360"/>
        </w:tabs>
        <w:spacing w:before="0"/>
        <w:rPr>
          <w:rFonts w:cstheme="majorHAnsi"/>
          <w:color w:val="auto"/>
          <w:sz w:val="22"/>
          <w:szCs w:val="22"/>
        </w:rPr>
      </w:pPr>
      <w:bookmarkStart w:id="7" w:name="_Toc209604533"/>
      <w:r>
        <w:rPr>
          <w:rFonts w:cstheme="majorHAnsi"/>
          <w:color w:val="17458F"/>
          <w:sz w:val="24"/>
          <w:szCs w:val="24"/>
        </w:rPr>
        <w:t>Our Value Proposition</w:t>
      </w:r>
      <w:bookmarkEnd w:id="7"/>
    </w:p>
    <w:p w14:paraId="59180EF1" w14:textId="77777777" w:rsidR="00DD1566" w:rsidRPr="004559F4" w:rsidRDefault="00DD1566" w:rsidP="000B431A">
      <w:pPr>
        <w:pStyle w:val="ListParagraph"/>
        <w:numPr>
          <w:ilvl w:val="0"/>
          <w:numId w:val="12"/>
        </w:numPr>
        <w:spacing w:after="240" w:line="259" w:lineRule="auto"/>
        <w:rPr>
          <w:rFonts w:asciiTheme="majorHAnsi" w:hAnsiTheme="majorHAnsi" w:cstheme="majorHAnsi"/>
        </w:rPr>
      </w:pPr>
      <w:r w:rsidRPr="004559F4">
        <w:rPr>
          <w:rFonts w:asciiTheme="majorHAnsi" w:hAnsiTheme="majorHAnsi" w:cstheme="majorHAnsi"/>
          <w:b/>
          <w:bCs/>
        </w:rPr>
        <w:t>Rotary brand</w:t>
      </w:r>
      <w:r w:rsidRPr="004559F4">
        <w:rPr>
          <w:rFonts w:asciiTheme="majorHAnsi" w:hAnsiTheme="majorHAnsi" w:cstheme="majorHAnsi"/>
        </w:rPr>
        <w:t xml:space="preserve">: we are part of Rotary’s highly </w:t>
      </w:r>
      <w:proofErr w:type="spellStart"/>
      <w:r w:rsidRPr="004559F4">
        <w:rPr>
          <w:rFonts w:asciiTheme="majorHAnsi" w:hAnsiTheme="majorHAnsi" w:cstheme="majorHAnsi"/>
        </w:rPr>
        <w:t>recognised</w:t>
      </w:r>
      <w:proofErr w:type="spellEnd"/>
      <w:r w:rsidRPr="004559F4">
        <w:rPr>
          <w:rFonts w:asciiTheme="majorHAnsi" w:hAnsiTheme="majorHAnsi" w:cstheme="majorHAnsi"/>
        </w:rPr>
        <w:t xml:space="preserve"> global brand.</w:t>
      </w:r>
    </w:p>
    <w:p w14:paraId="0B020B4C" w14:textId="77777777" w:rsidR="00DD1566" w:rsidRPr="004559F4" w:rsidRDefault="00DD1566" w:rsidP="000B431A">
      <w:pPr>
        <w:pStyle w:val="ListParagraph"/>
        <w:numPr>
          <w:ilvl w:val="0"/>
          <w:numId w:val="12"/>
        </w:numPr>
        <w:spacing w:after="240" w:line="259" w:lineRule="auto"/>
        <w:rPr>
          <w:rFonts w:asciiTheme="majorHAnsi" w:hAnsiTheme="majorHAnsi" w:cstheme="majorHAnsi"/>
        </w:rPr>
      </w:pPr>
      <w:r w:rsidRPr="004559F4">
        <w:rPr>
          <w:rFonts w:asciiTheme="majorHAnsi" w:hAnsiTheme="majorHAnsi" w:cstheme="majorHAnsi"/>
          <w:b/>
          <w:bCs/>
        </w:rPr>
        <w:t>History</w:t>
      </w:r>
      <w:r w:rsidRPr="004559F4">
        <w:rPr>
          <w:rFonts w:asciiTheme="majorHAnsi" w:hAnsiTheme="majorHAnsi" w:cstheme="majorHAnsi"/>
        </w:rPr>
        <w:t xml:space="preserve">: We have a long track record of successfully delivering thousands of projects. </w:t>
      </w:r>
    </w:p>
    <w:p w14:paraId="68780A9E" w14:textId="77777777" w:rsidR="00DD1566" w:rsidRPr="004559F4" w:rsidRDefault="00DD1566" w:rsidP="000B431A">
      <w:pPr>
        <w:pStyle w:val="ListParagraph"/>
        <w:numPr>
          <w:ilvl w:val="0"/>
          <w:numId w:val="12"/>
        </w:numPr>
        <w:spacing w:after="240" w:line="259" w:lineRule="auto"/>
        <w:ind w:right="142"/>
        <w:rPr>
          <w:rFonts w:asciiTheme="majorHAnsi" w:hAnsiTheme="majorHAnsi" w:cstheme="majorHAnsi"/>
        </w:rPr>
      </w:pPr>
      <w:r w:rsidRPr="004559F4">
        <w:rPr>
          <w:rFonts w:asciiTheme="majorHAnsi" w:hAnsiTheme="majorHAnsi" w:cstheme="majorHAnsi"/>
          <w:b/>
          <w:bCs/>
        </w:rPr>
        <w:t>Large network of Rotary volunteers</w:t>
      </w:r>
      <w:r w:rsidRPr="004559F4">
        <w:rPr>
          <w:rFonts w:asciiTheme="majorHAnsi" w:hAnsiTheme="majorHAnsi" w:cstheme="majorHAnsi"/>
        </w:rPr>
        <w:t xml:space="preserve">: We have the strength of global network of Rotarians and Rotary clubs to implement projects and engage with communities overseas and in Australia. </w:t>
      </w:r>
    </w:p>
    <w:p w14:paraId="603C4F73" w14:textId="77777777" w:rsidR="00DD1566" w:rsidRPr="004559F4" w:rsidRDefault="00DD1566" w:rsidP="000B431A">
      <w:pPr>
        <w:pStyle w:val="ListParagraph"/>
        <w:numPr>
          <w:ilvl w:val="0"/>
          <w:numId w:val="12"/>
        </w:numPr>
        <w:spacing w:after="240" w:line="259" w:lineRule="auto"/>
        <w:ind w:right="142"/>
        <w:rPr>
          <w:rFonts w:asciiTheme="majorHAnsi" w:hAnsiTheme="majorHAnsi" w:cstheme="majorHAnsi"/>
        </w:rPr>
      </w:pPr>
      <w:r w:rsidRPr="004559F4">
        <w:rPr>
          <w:rFonts w:asciiTheme="majorHAnsi" w:hAnsiTheme="majorHAnsi" w:cstheme="majorHAnsi"/>
          <w:b/>
          <w:bCs/>
        </w:rPr>
        <w:t>Diversity of causes</w:t>
      </w:r>
      <w:r w:rsidRPr="004559F4">
        <w:rPr>
          <w:rFonts w:asciiTheme="majorHAnsi" w:hAnsiTheme="majorHAnsi" w:cstheme="majorHAnsi"/>
        </w:rPr>
        <w:t xml:space="preserve">: We support most of the 17 Sustainable Development Goals (SDGs). As such, there aren’t many humanitarian or disaster relief projects that we don’t deliver. </w:t>
      </w:r>
    </w:p>
    <w:p w14:paraId="04C0D8E1" w14:textId="77777777" w:rsidR="00DD1566" w:rsidRPr="004559F4" w:rsidRDefault="00DD1566" w:rsidP="000B431A">
      <w:pPr>
        <w:pStyle w:val="ListParagraph"/>
        <w:numPr>
          <w:ilvl w:val="0"/>
          <w:numId w:val="12"/>
        </w:numPr>
        <w:spacing w:after="240" w:line="259" w:lineRule="auto"/>
        <w:rPr>
          <w:rFonts w:asciiTheme="majorHAnsi" w:hAnsiTheme="majorHAnsi" w:cstheme="majorHAnsi"/>
        </w:rPr>
      </w:pPr>
      <w:r w:rsidRPr="004559F4">
        <w:rPr>
          <w:rFonts w:asciiTheme="majorHAnsi" w:hAnsiTheme="majorHAnsi" w:cstheme="majorHAnsi"/>
          <w:b/>
          <w:bCs/>
        </w:rPr>
        <w:t>Agility</w:t>
      </w:r>
      <w:r w:rsidRPr="004559F4">
        <w:rPr>
          <w:rFonts w:asciiTheme="majorHAnsi" w:hAnsiTheme="majorHAnsi" w:cstheme="majorHAnsi"/>
        </w:rPr>
        <w:t xml:space="preserve">: We have the capability to rapidly </w:t>
      </w:r>
      <w:proofErr w:type="gramStart"/>
      <w:r w:rsidRPr="004559F4">
        <w:rPr>
          <w:rFonts w:asciiTheme="majorHAnsi" w:hAnsiTheme="majorHAnsi" w:cstheme="majorHAnsi"/>
        </w:rPr>
        <w:t>stand-up</w:t>
      </w:r>
      <w:proofErr w:type="gramEnd"/>
      <w:r w:rsidRPr="004559F4">
        <w:rPr>
          <w:rFonts w:asciiTheme="majorHAnsi" w:hAnsiTheme="majorHAnsi" w:cstheme="majorHAnsi"/>
        </w:rPr>
        <w:t xml:space="preserve"> a project to assist victims of disaster or tragedy. </w:t>
      </w:r>
    </w:p>
    <w:p w14:paraId="754CEB01" w14:textId="77777777" w:rsidR="00DD1566" w:rsidRPr="004559F4" w:rsidRDefault="00DD1566" w:rsidP="000B431A">
      <w:pPr>
        <w:pStyle w:val="ListParagraph"/>
        <w:numPr>
          <w:ilvl w:val="0"/>
          <w:numId w:val="12"/>
        </w:numPr>
        <w:spacing w:after="240" w:line="259" w:lineRule="auto"/>
        <w:rPr>
          <w:rFonts w:asciiTheme="majorHAnsi" w:hAnsiTheme="majorHAnsi" w:cstheme="majorHAnsi"/>
        </w:rPr>
      </w:pPr>
      <w:r w:rsidRPr="004559F4">
        <w:rPr>
          <w:rFonts w:asciiTheme="majorHAnsi" w:hAnsiTheme="majorHAnsi" w:cstheme="majorHAnsi"/>
          <w:b/>
          <w:bCs/>
        </w:rPr>
        <w:t>Complete ecosystem</w:t>
      </w:r>
      <w:r w:rsidRPr="004559F4">
        <w:rPr>
          <w:rFonts w:asciiTheme="majorHAnsi" w:hAnsiTheme="majorHAnsi" w:cstheme="majorHAnsi"/>
        </w:rPr>
        <w:t xml:space="preserve">: our support services include systems and processes to raise and manage funds, undertake projects, </w:t>
      </w:r>
      <w:proofErr w:type="spellStart"/>
      <w:r w:rsidRPr="004559F4">
        <w:rPr>
          <w:rFonts w:asciiTheme="majorHAnsi" w:hAnsiTheme="majorHAnsi" w:cstheme="majorHAnsi"/>
        </w:rPr>
        <w:t>mobilise</w:t>
      </w:r>
      <w:proofErr w:type="spellEnd"/>
      <w:r w:rsidRPr="004559F4">
        <w:rPr>
          <w:rFonts w:asciiTheme="majorHAnsi" w:hAnsiTheme="majorHAnsi" w:cstheme="majorHAnsi"/>
        </w:rPr>
        <w:t xml:space="preserve"> volunteers and provide regulatory compliance through strong governance and quality assurance. </w:t>
      </w:r>
    </w:p>
    <w:p w14:paraId="22E07934" w14:textId="32B78612" w:rsidR="00DD1566" w:rsidRPr="004559F4" w:rsidRDefault="00863DE5" w:rsidP="000B431A">
      <w:pPr>
        <w:pStyle w:val="ListParagraph"/>
        <w:numPr>
          <w:ilvl w:val="0"/>
          <w:numId w:val="12"/>
        </w:numPr>
        <w:spacing w:after="240" w:line="259" w:lineRule="auto"/>
        <w:rPr>
          <w:rFonts w:asciiTheme="majorHAnsi" w:hAnsiTheme="majorHAnsi" w:cstheme="majorHAnsi"/>
        </w:rPr>
      </w:pPr>
      <w:r w:rsidRPr="004559F4">
        <w:rPr>
          <w:rFonts w:asciiTheme="majorHAnsi" w:hAnsiTheme="majorHAnsi" w:cstheme="majorHAnsi"/>
          <w:noProof/>
          <w:color w:val="17458F"/>
          <w:sz w:val="24"/>
          <w:szCs w:val="24"/>
        </w:rPr>
        <mc:AlternateContent>
          <mc:Choice Requires="wps">
            <w:drawing>
              <wp:anchor distT="0" distB="0" distL="114300" distR="114300" simplePos="0" relativeHeight="251667968" behindDoc="0" locked="0" layoutInCell="1" allowOverlap="1" wp14:anchorId="3E62AF0E" wp14:editId="10208C26">
                <wp:simplePos x="0" y="0"/>
                <wp:positionH relativeFrom="column">
                  <wp:posOffset>4236085</wp:posOffset>
                </wp:positionH>
                <wp:positionV relativeFrom="paragraph">
                  <wp:posOffset>497840</wp:posOffset>
                </wp:positionV>
                <wp:extent cx="854710" cy="273050"/>
                <wp:effectExtent l="0" t="0" r="0" b="0"/>
                <wp:wrapNone/>
                <wp:docPr id="1992355911" name="Text Box 1992355911"/>
                <wp:cNvGraphicFramePr/>
                <a:graphic xmlns:a="http://schemas.openxmlformats.org/drawingml/2006/main">
                  <a:graphicData uri="http://schemas.microsoft.com/office/word/2010/wordprocessingShape">
                    <wps:wsp>
                      <wps:cNvSpPr txBox="1"/>
                      <wps:spPr>
                        <a:xfrm>
                          <a:off x="0" y="0"/>
                          <a:ext cx="854710" cy="273050"/>
                        </a:xfrm>
                        <a:prstGeom prst="rect">
                          <a:avLst/>
                        </a:prstGeom>
                        <a:noFill/>
                        <a:ln w="6350">
                          <a:noFill/>
                        </a:ln>
                      </wps:spPr>
                      <wps:txbx>
                        <w:txbxContent>
                          <w:p w14:paraId="26AFE1AF" w14:textId="77777777" w:rsidR="00DD1566" w:rsidRPr="00F81844" w:rsidRDefault="00DD1566" w:rsidP="00DD1566">
                            <w:pPr>
                              <w:jc w:val="center"/>
                              <w:rPr>
                                <w:b/>
                                <w:bCs/>
                                <w:color w:val="FFFFFF" w:themeColor="background1"/>
                                <w:sz w:val="20"/>
                                <w:szCs w:val="20"/>
                              </w:rPr>
                            </w:pPr>
                            <w:r w:rsidRPr="00F81844">
                              <w:rPr>
                                <w:b/>
                                <w:bCs/>
                                <w:color w:val="FFFFFF" w:themeColor="background1"/>
                                <w:sz w:val="20"/>
                                <w:szCs w:val="20"/>
                              </w:rPr>
                              <w:t>Ecosystem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62AF0E" id="Text Box 1992355911" o:spid="_x0000_s1029" type="#_x0000_t202" style="position:absolute;left:0;text-align:left;margin-left:333.55pt;margin-top:39.2pt;width:67.3pt;height:21.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" filled="f" stroked="f" strokeweight=".5pt">
                <v:textbox>
                  <w:txbxContent>
                    <w:p w14:paraId="26AFE1AF" w14:textId="77777777" w:rsidR="00DD1566" w:rsidRPr="00F81844" w:rsidRDefault="00DD1566" w:rsidP="00DD1566">
                      <w:pPr>
                        <w:jc w:val="center"/>
                        <w:rPr>
                          <w:b/>
                          <w:bCs/>
                          <w:color w:val="FFFFFF" w:themeColor="background1"/>
                          <w:sz w:val="20"/>
                          <w:szCs w:val="20"/>
                        </w:rPr>
                      </w:pPr>
                      <w:r w:rsidRPr="00F81844">
                        <w:rPr>
                          <w:b/>
                          <w:bCs/>
                          <w:color w:val="FFFFFF" w:themeColor="background1"/>
                          <w:sz w:val="20"/>
                          <w:szCs w:val="20"/>
                        </w:rPr>
                        <w:t>Ecosystem</w:t>
                      </w:r>
                    </w:p>
                  </w:txbxContent>
                </v:textbox>
              </v:shape>
            </w:pict>
          </mc:Fallback>
        </mc:AlternateContent>
      </w:r>
      <w:r w:rsidRPr="004559F4">
        <w:rPr>
          <w:rFonts w:asciiTheme="majorHAnsi" w:hAnsiTheme="majorHAnsi" w:cstheme="majorHAnsi"/>
          <w:noProof/>
          <w:color w:val="17458F"/>
          <w:sz w:val="24"/>
          <w:szCs w:val="24"/>
        </w:rPr>
        <mc:AlternateContent>
          <mc:Choice Requires="wps">
            <w:drawing>
              <wp:anchor distT="0" distB="0" distL="114300" distR="114300" simplePos="0" relativeHeight="251663872" behindDoc="0" locked="0" layoutInCell="1" allowOverlap="1" wp14:anchorId="63FE5077" wp14:editId="6EB93A89">
                <wp:simplePos x="0" y="0"/>
                <wp:positionH relativeFrom="column">
                  <wp:posOffset>1279797</wp:posOffset>
                </wp:positionH>
                <wp:positionV relativeFrom="paragraph">
                  <wp:posOffset>498096</wp:posOffset>
                </wp:positionV>
                <wp:extent cx="649919" cy="273132"/>
                <wp:effectExtent l="0" t="0" r="0" b="0"/>
                <wp:wrapNone/>
                <wp:docPr id="1271576923" name="Text Box 1271576923"/>
                <wp:cNvGraphicFramePr/>
                <a:graphic xmlns:a="http://schemas.openxmlformats.org/drawingml/2006/main">
                  <a:graphicData uri="http://schemas.microsoft.com/office/word/2010/wordprocessingShape">
                    <wps:wsp>
                      <wps:cNvSpPr txBox="1"/>
                      <wps:spPr>
                        <a:xfrm>
                          <a:off x="0" y="0"/>
                          <a:ext cx="649919" cy="273132"/>
                        </a:xfrm>
                        <a:prstGeom prst="rect">
                          <a:avLst/>
                        </a:prstGeom>
                        <a:noFill/>
                        <a:ln w="6350">
                          <a:noFill/>
                        </a:ln>
                      </wps:spPr>
                      <wps:txbx>
                        <w:txbxContent>
                          <w:p w14:paraId="604E5F93" w14:textId="0E3669A3" w:rsidR="00DD1566" w:rsidRPr="00F81844" w:rsidRDefault="00DD1566" w:rsidP="00DD1566">
                            <w:pPr>
                              <w:jc w:val="center"/>
                              <w:rPr>
                                <w:b/>
                                <w:bCs/>
                                <w:color w:val="FFFFFF" w:themeColor="background1"/>
                                <w:sz w:val="20"/>
                                <w:szCs w:val="20"/>
                              </w:rPr>
                            </w:pPr>
                            <w:r w:rsidRPr="00F81844">
                              <w:rPr>
                                <w:b/>
                                <w:bCs/>
                                <w:color w:val="FFFFFF" w:themeColor="background1"/>
                                <w:sz w:val="20"/>
                                <w:szCs w:val="20"/>
                              </w:rPr>
                              <w:t>History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FE5077" id="Text Box 1271576923" o:spid="_x0000_s1030" type="#_x0000_t202" style="position:absolute;left:0;text-align:left;margin-left:100.75pt;margin-top:39.2pt;width:51.15pt;height:2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" filled="f" stroked="f" strokeweight=".5pt">
                <v:textbox>
                  <w:txbxContent>
                    <w:p w14:paraId="604E5F93" w14:textId="0E3669A3" w:rsidR="00DD1566" w:rsidRPr="00F81844" w:rsidRDefault="00DD1566" w:rsidP="00DD1566">
                      <w:pPr>
                        <w:jc w:val="center"/>
                        <w:rPr>
                          <w:b/>
                          <w:bCs/>
                          <w:color w:val="FFFFFF" w:themeColor="background1"/>
                          <w:sz w:val="20"/>
                          <w:szCs w:val="20"/>
                        </w:rPr>
                      </w:pPr>
                      <w:r w:rsidRPr="00F81844">
                        <w:rPr>
                          <w:b/>
                          <w:bCs/>
                          <w:color w:val="FFFFFF" w:themeColor="background1"/>
                          <w:sz w:val="20"/>
                          <w:szCs w:val="20"/>
                        </w:rPr>
                        <w:t>History</w:t>
                      </w:r>
                    </w:p>
                  </w:txbxContent>
                </v:textbox>
              </v:shape>
            </w:pict>
          </mc:Fallback>
        </mc:AlternateContent>
      </w:r>
      <w:r w:rsidR="00DD1566" w:rsidRPr="004559F4">
        <w:rPr>
          <w:rFonts w:asciiTheme="majorHAnsi" w:hAnsiTheme="majorHAnsi" w:cstheme="majorHAnsi"/>
          <w:noProof/>
          <w:color w:val="17458F"/>
          <w:sz w:val="24"/>
          <w:szCs w:val="24"/>
        </w:rPr>
        <mc:AlternateContent>
          <mc:Choice Requires="wps">
            <w:drawing>
              <wp:anchor distT="0" distB="0" distL="114300" distR="114300" simplePos="0" relativeHeight="251670016" behindDoc="0" locked="0" layoutInCell="1" allowOverlap="1" wp14:anchorId="5B65E70E" wp14:editId="4BAD4C5F">
                <wp:simplePos x="0" y="0"/>
                <wp:positionH relativeFrom="column">
                  <wp:posOffset>4901372</wp:posOffset>
                </wp:positionH>
                <wp:positionV relativeFrom="paragraph">
                  <wp:posOffset>505460</wp:posOffset>
                </wp:positionV>
                <wp:extent cx="1033670" cy="272415"/>
                <wp:effectExtent l="0" t="0" r="0" b="0"/>
                <wp:wrapNone/>
                <wp:docPr id="1727750607" name="Text Box 1727750607"/>
                <wp:cNvGraphicFramePr/>
                <a:graphic xmlns:a="http://schemas.openxmlformats.org/drawingml/2006/main">
                  <a:graphicData uri="http://schemas.microsoft.com/office/word/2010/wordprocessingShape">
                    <wps:wsp>
                      <wps:cNvSpPr txBox="1"/>
                      <wps:spPr>
                        <a:xfrm>
                          <a:off x="0" y="0"/>
                          <a:ext cx="1033670" cy="272415"/>
                        </a:xfrm>
                        <a:prstGeom prst="rect">
                          <a:avLst/>
                        </a:prstGeom>
                        <a:noFill/>
                        <a:ln w="6350">
                          <a:noFill/>
                        </a:ln>
                      </wps:spPr>
                      <wps:txbx>
                        <w:txbxContent>
                          <w:p w14:paraId="2170FF1E" w14:textId="77777777" w:rsidR="00DD1566" w:rsidRPr="00F81844" w:rsidRDefault="00DD1566" w:rsidP="00DD1566">
                            <w:pPr>
                              <w:jc w:val="center"/>
                              <w:rPr>
                                <w:b/>
                                <w:bCs/>
                                <w:color w:val="FFFFFF" w:themeColor="background1"/>
                                <w:sz w:val="20"/>
                                <w:szCs w:val="20"/>
                              </w:rPr>
                            </w:pPr>
                            <w:r>
                              <w:rPr>
                                <w:b/>
                                <w:bCs/>
                                <w:color w:val="FFFFFF" w:themeColor="background1"/>
                                <w:sz w:val="20"/>
                                <w:szCs w:val="20"/>
                              </w:rPr>
                              <w:t>Low Fees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65E70E" id="Text Box 1727750607" o:spid="_x0000_s1031" type="#_x0000_t202" style="position:absolute;left:0;text-align:left;margin-left:385.95pt;margin-top:39.8pt;width:81.4pt;height:21.4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" filled="f" stroked="f" strokeweight=".5pt">
                <v:textbox>
                  <w:txbxContent>
                    <w:p w14:paraId="2170FF1E" w14:textId="77777777" w:rsidR="00DD1566" w:rsidRPr="00F81844" w:rsidRDefault="00DD1566" w:rsidP="00DD1566">
                      <w:pPr>
                        <w:jc w:val="center"/>
                        <w:rPr>
                          <w:b/>
                          <w:bCs/>
                          <w:color w:val="FFFFFF" w:themeColor="background1"/>
                          <w:sz w:val="20"/>
                          <w:szCs w:val="20"/>
                        </w:rPr>
                      </w:pPr>
                      <w:r>
                        <w:rPr>
                          <w:b/>
                          <w:bCs/>
                          <w:color w:val="FFFFFF" w:themeColor="background1"/>
                          <w:sz w:val="20"/>
                          <w:szCs w:val="20"/>
                        </w:rPr>
                        <w:t>Low Fees</w:t>
                      </w:r>
                    </w:p>
                  </w:txbxContent>
                </v:textbox>
              </v:shape>
            </w:pict>
          </mc:Fallback>
        </mc:AlternateContent>
      </w:r>
      <w:r w:rsidR="00DD1566" w:rsidRPr="004559F4">
        <w:rPr>
          <w:rFonts w:asciiTheme="majorHAnsi" w:hAnsiTheme="majorHAnsi" w:cstheme="majorHAnsi"/>
          <w:noProof/>
          <w:color w:val="17458F"/>
          <w:sz w:val="24"/>
          <w:szCs w:val="24"/>
        </w:rPr>
        <mc:AlternateContent>
          <mc:Choice Requires="wps">
            <w:drawing>
              <wp:anchor distT="0" distB="0" distL="114300" distR="114300" simplePos="0" relativeHeight="251664896" behindDoc="0" locked="0" layoutInCell="1" allowOverlap="1" wp14:anchorId="7F6AFB04" wp14:editId="53077D20">
                <wp:simplePos x="0" y="0"/>
                <wp:positionH relativeFrom="column">
                  <wp:posOffset>1944370</wp:posOffset>
                </wp:positionH>
                <wp:positionV relativeFrom="paragraph">
                  <wp:posOffset>504190</wp:posOffset>
                </wp:positionV>
                <wp:extent cx="793115" cy="272415"/>
                <wp:effectExtent l="0" t="0" r="0" b="0"/>
                <wp:wrapNone/>
                <wp:docPr id="334844131" name="Text Box 334844131"/>
                <wp:cNvGraphicFramePr/>
                <a:graphic xmlns:a="http://schemas.openxmlformats.org/drawingml/2006/main">
                  <a:graphicData uri="http://schemas.microsoft.com/office/word/2010/wordprocessingShape">
                    <wps:wsp>
                      <wps:cNvSpPr txBox="1"/>
                      <wps:spPr>
                        <a:xfrm>
                          <a:off x="0" y="0"/>
                          <a:ext cx="793115" cy="272415"/>
                        </a:xfrm>
                        <a:prstGeom prst="rect">
                          <a:avLst/>
                        </a:prstGeom>
                        <a:noFill/>
                        <a:ln w="6350">
                          <a:noFill/>
                        </a:ln>
                      </wps:spPr>
                      <wps:txbx>
                        <w:txbxContent>
                          <w:p w14:paraId="6C7C98A6" w14:textId="77777777" w:rsidR="00DD1566" w:rsidRPr="00F81844" w:rsidRDefault="00DD1566" w:rsidP="00DD1566">
                            <w:pPr>
                              <w:jc w:val="center"/>
                              <w:rPr>
                                <w:b/>
                                <w:bCs/>
                                <w:color w:val="FFFFFF" w:themeColor="background1"/>
                                <w:sz w:val="20"/>
                                <w:szCs w:val="20"/>
                              </w:rPr>
                            </w:pPr>
                            <w:r w:rsidRPr="00F81844">
                              <w:rPr>
                                <w:b/>
                                <w:bCs/>
                                <w:color w:val="FFFFFF" w:themeColor="background1"/>
                                <w:sz w:val="20"/>
                                <w:szCs w:val="20"/>
                              </w:rPr>
                              <w:t>Volunteers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6AFB04" id="Text Box 334844131" o:spid="_x0000_s1032" type="#_x0000_t202" style="position:absolute;left:0;text-align:left;margin-left:153.1pt;margin-top:39.7pt;width:62.45pt;height:21.4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" filled="f" stroked="f" strokeweight=".5pt">
                <v:textbox>
                  <w:txbxContent>
                    <w:p w14:paraId="6C7C98A6" w14:textId="77777777" w:rsidR="00DD1566" w:rsidRPr="00F81844" w:rsidRDefault="00DD1566" w:rsidP="00DD1566">
                      <w:pPr>
                        <w:jc w:val="center"/>
                        <w:rPr>
                          <w:b/>
                          <w:bCs/>
                          <w:color w:val="FFFFFF" w:themeColor="background1"/>
                          <w:sz w:val="20"/>
                          <w:szCs w:val="20"/>
                        </w:rPr>
                      </w:pPr>
                      <w:r w:rsidRPr="00F81844">
                        <w:rPr>
                          <w:b/>
                          <w:bCs/>
                          <w:color w:val="FFFFFF" w:themeColor="background1"/>
                          <w:sz w:val="20"/>
                          <w:szCs w:val="20"/>
                        </w:rPr>
                        <w:t>Volunteers</w:t>
                      </w:r>
                    </w:p>
                  </w:txbxContent>
                </v:textbox>
              </v:shape>
            </w:pict>
          </mc:Fallback>
        </mc:AlternateContent>
      </w:r>
      <w:r w:rsidR="00DD1566" w:rsidRPr="004559F4">
        <w:rPr>
          <w:rFonts w:asciiTheme="majorHAnsi" w:hAnsiTheme="majorHAnsi" w:cstheme="majorHAnsi"/>
          <w:noProof/>
          <w:color w:val="17458F"/>
          <w:sz w:val="24"/>
          <w:szCs w:val="24"/>
        </w:rPr>
        <mc:AlternateContent>
          <mc:Choice Requires="wps">
            <w:drawing>
              <wp:anchor distT="0" distB="0" distL="114300" distR="114300" simplePos="0" relativeHeight="251666944" behindDoc="0" locked="0" layoutInCell="1" allowOverlap="1" wp14:anchorId="0F7AC3CC" wp14:editId="0B15B28F">
                <wp:simplePos x="0" y="0"/>
                <wp:positionH relativeFrom="column">
                  <wp:posOffset>3542030</wp:posOffset>
                </wp:positionH>
                <wp:positionV relativeFrom="paragraph">
                  <wp:posOffset>505460</wp:posOffset>
                </wp:positionV>
                <wp:extent cx="654685" cy="272415"/>
                <wp:effectExtent l="0" t="0" r="0" b="0"/>
                <wp:wrapNone/>
                <wp:docPr id="738377360" name="Text Box 738377360"/>
                <wp:cNvGraphicFramePr/>
                <a:graphic xmlns:a="http://schemas.openxmlformats.org/drawingml/2006/main">
                  <a:graphicData uri="http://schemas.microsoft.com/office/word/2010/wordprocessingShape">
                    <wps:wsp>
                      <wps:cNvSpPr txBox="1"/>
                      <wps:spPr>
                        <a:xfrm>
                          <a:off x="0" y="0"/>
                          <a:ext cx="654685" cy="272415"/>
                        </a:xfrm>
                        <a:prstGeom prst="rect">
                          <a:avLst/>
                        </a:prstGeom>
                        <a:noFill/>
                        <a:ln w="6350">
                          <a:noFill/>
                        </a:ln>
                      </wps:spPr>
                      <wps:txbx>
                        <w:txbxContent>
                          <w:p w14:paraId="5D6F3A04" w14:textId="77777777" w:rsidR="00DD1566" w:rsidRPr="00F81844" w:rsidRDefault="00DD1566" w:rsidP="00DD1566">
                            <w:pPr>
                              <w:jc w:val="center"/>
                              <w:rPr>
                                <w:b/>
                                <w:bCs/>
                                <w:color w:val="FFFFFF" w:themeColor="background1"/>
                                <w:sz w:val="20"/>
                                <w:szCs w:val="20"/>
                              </w:rPr>
                            </w:pPr>
                            <w:r w:rsidRPr="00F81844">
                              <w:rPr>
                                <w:b/>
                                <w:bCs/>
                                <w:color w:val="FFFFFF" w:themeColor="background1"/>
                                <w:sz w:val="20"/>
                                <w:szCs w:val="20"/>
                              </w:rPr>
                              <w:t>Agility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7AC3CC" id="Text Box 738377360" o:spid="_x0000_s1033" type="#_x0000_t202" style="position:absolute;left:0;text-align:left;margin-left:278.9pt;margin-top:39.8pt;width:51.55pt;height:21.4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" filled="f" stroked="f" strokeweight=".5pt">
                <v:textbox>
                  <w:txbxContent>
                    <w:p w14:paraId="5D6F3A04" w14:textId="77777777" w:rsidR="00DD1566" w:rsidRPr="00F81844" w:rsidRDefault="00DD1566" w:rsidP="00DD1566">
                      <w:pPr>
                        <w:jc w:val="center"/>
                        <w:rPr>
                          <w:b/>
                          <w:bCs/>
                          <w:color w:val="FFFFFF" w:themeColor="background1"/>
                          <w:sz w:val="20"/>
                          <w:szCs w:val="20"/>
                        </w:rPr>
                      </w:pPr>
                      <w:r w:rsidRPr="00F81844">
                        <w:rPr>
                          <w:b/>
                          <w:bCs/>
                          <w:color w:val="FFFFFF" w:themeColor="background1"/>
                          <w:sz w:val="20"/>
                          <w:szCs w:val="20"/>
                        </w:rPr>
                        <w:t>Agility</w:t>
                      </w:r>
                    </w:p>
                  </w:txbxContent>
                </v:textbox>
              </v:shape>
            </w:pict>
          </mc:Fallback>
        </mc:AlternateContent>
      </w:r>
      <w:r w:rsidR="00DD1566" w:rsidRPr="004559F4">
        <w:rPr>
          <w:rFonts w:asciiTheme="majorHAnsi" w:hAnsiTheme="majorHAnsi" w:cstheme="majorHAnsi"/>
          <w:noProof/>
          <w:color w:val="17458F"/>
          <w:sz w:val="24"/>
          <w:szCs w:val="24"/>
        </w:rPr>
        <mc:AlternateContent>
          <mc:Choice Requires="wps">
            <w:drawing>
              <wp:anchor distT="0" distB="0" distL="114300" distR="114300" simplePos="0" relativeHeight="251665920" behindDoc="0" locked="0" layoutInCell="1" allowOverlap="1" wp14:anchorId="2F7015C4" wp14:editId="61581475">
                <wp:simplePos x="0" y="0"/>
                <wp:positionH relativeFrom="column">
                  <wp:posOffset>2778760</wp:posOffset>
                </wp:positionH>
                <wp:positionV relativeFrom="paragraph">
                  <wp:posOffset>504825</wp:posOffset>
                </wp:positionV>
                <wp:extent cx="654685" cy="272415"/>
                <wp:effectExtent l="0" t="0" r="0" b="0"/>
                <wp:wrapNone/>
                <wp:docPr id="944888170" name="Text Box 944888170"/>
                <wp:cNvGraphicFramePr/>
                <a:graphic xmlns:a="http://schemas.openxmlformats.org/drawingml/2006/main">
                  <a:graphicData uri="http://schemas.microsoft.com/office/word/2010/wordprocessingShape">
                    <wps:wsp>
                      <wps:cNvSpPr txBox="1"/>
                      <wps:spPr>
                        <a:xfrm>
                          <a:off x="0" y="0"/>
                          <a:ext cx="654685" cy="272415"/>
                        </a:xfrm>
                        <a:prstGeom prst="rect">
                          <a:avLst/>
                        </a:prstGeom>
                        <a:noFill/>
                        <a:ln w="6350">
                          <a:noFill/>
                        </a:ln>
                      </wps:spPr>
                      <wps:txbx>
                        <w:txbxContent>
                          <w:p w14:paraId="32B6EBEE" w14:textId="77777777" w:rsidR="00DD1566" w:rsidRPr="00F81844" w:rsidRDefault="00DD1566" w:rsidP="00DD1566">
                            <w:pPr>
                              <w:jc w:val="center"/>
                              <w:rPr>
                                <w:b/>
                                <w:bCs/>
                                <w:color w:val="FFFFFF" w:themeColor="background1"/>
                                <w:sz w:val="20"/>
                                <w:szCs w:val="20"/>
                              </w:rPr>
                            </w:pPr>
                            <w:r w:rsidRPr="00F81844">
                              <w:rPr>
                                <w:b/>
                                <w:bCs/>
                                <w:color w:val="FFFFFF" w:themeColor="background1"/>
                                <w:sz w:val="20"/>
                                <w:szCs w:val="20"/>
                              </w:rPr>
                              <w:t>Causes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7015C4" id="Text Box 944888170" o:spid="_x0000_s1034" type="#_x0000_t202" style="position:absolute;left:0;text-align:left;margin-left:218.8pt;margin-top:39.75pt;width:51.55pt;height:21.4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" filled="f" stroked="f" strokeweight=".5pt">
                <v:textbox>
                  <w:txbxContent>
                    <w:p w14:paraId="32B6EBEE" w14:textId="77777777" w:rsidR="00DD1566" w:rsidRPr="00F81844" w:rsidRDefault="00DD1566" w:rsidP="00DD1566">
                      <w:pPr>
                        <w:jc w:val="center"/>
                        <w:rPr>
                          <w:b/>
                          <w:bCs/>
                          <w:color w:val="FFFFFF" w:themeColor="background1"/>
                          <w:sz w:val="20"/>
                          <w:szCs w:val="20"/>
                        </w:rPr>
                      </w:pPr>
                      <w:r w:rsidRPr="00F81844">
                        <w:rPr>
                          <w:b/>
                          <w:bCs/>
                          <w:color w:val="FFFFFF" w:themeColor="background1"/>
                          <w:sz w:val="20"/>
                          <w:szCs w:val="20"/>
                        </w:rPr>
                        <w:t>Causes</w:t>
                      </w:r>
                    </w:p>
                  </w:txbxContent>
                </v:textbox>
              </v:shape>
            </w:pict>
          </mc:Fallback>
        </mc:AlternateContent>
      </w:r>
      <w:r w:rsidR="00DD1566" w:rsidRPr="004559F4">
        <w:rPr>
          <w:rFonts w:asciiTheme="majorHAnsi" w:hAnsiTheme="majorHAnsi" w:cstheme="majorHAnsi"/>
          <w:noProof/>
          <w:color w:val="17458F"/>
          <w:sz w:val="24"/>
          <w:szCs w:val="24"/>
        </w:rPr>
        <mc:AlternateContent>
          <mc:Choice Requires="wps">
            <w:drawing>
              <wp:anchor distT="0" distB="0" distL="114300" distR="114300" simplePos="0" relativeHeight="251662848" behindDoc="0" locked="0" layoutInCell="1" allowOverlap="1" wp14:anchorId="782DD8B9" wp14:editId="008E50AA">
                <wp:simplePos x="0" y="0"/>
                <wp:positionH relativeFrom="column">
                  <wp:posOffset>516890</wp:posOffset>
                </wp:positionH>
                <wp:positionV relativeFrom="paragraph">
                  <wp:posOffset>506095</wp:posOffset>
                </wp:positionV>
                <wp:extent cx="600075" cy="272415"/>
                <wp:effectExtent l="0" t="0" r="0" b="0"/>
                <wp:wrapNone/>
                <wp:docPr id="21043883" name="Text Box 21043883"/>
                <wp:cNvGraphicFramePr/>
                <a:graphic xmlns:a="http://schemas.openxmlformats.org/drawingml/2006/main">
                  <a:graphicData uri="http://schemas.microsoft.com/office/word/2010/wordprocessingShape">
                    <wps:wsp>
                      <wps:cNvSpPr txBox="1"/>
                      <wps:spPr>
                        <a:xfrm>
                          <a:off x="0" y="0"/>
                          <a:ext cx="600075" cy="272415"/>
                        </a:xfrm>
                        <a:prstGeom prst="rect">
                          <a:avLst/>
                        </a:prstGeom>
                        <a:noFill/>
                        <a:ln w="6350">
                          <a:noFill/>
                        </a:ln>
                      </wps:spPr>
                      <wps:txbx>
                        <w:txbxContent>
                          <w:p w14:paraId="03067FD5" w14:textId="77777777" w:rsidR="00DD1566" w:rsidRPr="00F81844" w:rsidRDefault="00DD1566" w:rsidP="00DD1566">
                            <w:pPr>
                              <w:jc w:val="center"/>
                              <w:rPr>
                                <w:b/>
                                <w:bCs/>
                                <w:color w:val="FFFFFF" w:themeColor="background1"/>
                                <w:sz w:val="20"/>
                                <w:szCs w:val="20"/>
                              </w:rPr>
                            </w:pPr>
                            <w:r w:rsidRPr="00F81844">
                              <w:rPr>
                                <w:b/>
                                <w:bCs/>
                                <w:color w:val="FFFFFF" w:themeColor="background1"/>
                                <w:sz w:val="20"/>
                                <w:szCs w:val="20"/>
                              </w:rPr>
                              <w:t>Brand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DD8B9" id="Text Box 21043883" o:spid="_x0000_s1035" type="#_x0000_t202" style="position:absolute;left:0;text-align:left;margin-left:40.7pt;margin-top:39.85pt;width:47.25pt;height:21.4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" filled="f" stroked="f" strokeweight=".5pt">
                <v:textbox>
                  <w:txbxContent>
                    <w:p w14:paraId="03067FD5" w14:textId="77777777" w:rsidR="00DD1566" w:rsidRPr="00F81844" w:rsidRDefault="00DD1566" w:rsidP="00DD1566">
                      <w:pPr>
                        <w:jc w:val="center"/>
                        <w:rPr>
                          <w:b/>
                          <w:bCs/>
                          <w:color w:val="FFFFFF" w:themeColor="background1"/>
                          <w:sz w:val="20"/>
                          <w:szCs w:val="20"/>
                        </w:rPr>
                      </w:pPr>
                      <w:r w:rsidRPr="00F81844">
                        <w:rPr>
                          <w:b/>
                          <w:bCs/>
                          <w:color w:val="FFFFFF" w:themeColor="background1"/>
                          <w:sz w:val="20"/>
                          <w:szCs w:val="20"/>
                        </w:rPr>
                        <w:t>Brand</w:t>
                      </w:r>
                    </w:p>
                  </w:txbxContent>
                </v:textbox>
              </v:shape>
            </w:pict>
          </mc:Fallback>
        </mc:AlternateContent>
      </w:r>
      <w:r w:rsidR="00DD1566" w:rsidRPr="004559F4">
        <w:rPr>
          <w:rFonts w:asciiTheme="majorHAnsi" w:hAnsiTheme="majorHAnsi" w:cstheme="majorHAnsi"/>
          <w:noProof/>
        </w:rPr>
        <mc:AlternateContent>
          <mc:Choice Requires="wps">
            <w:drawing>
              <wp:anchor distT="0" distB="0" distL="114300" distR="114300" simplePos="0" relativeHeight="251655680" behindDoc="0" locked="0" layoutInCell="1" allowOverlap="1" wp14:anchorId="60951DBC" wp14:editId="0257D7CC">
                <wp:simplePos x="0" y="0"/>
                <wp:positionH relativeFrom="column">
                  <wp:posOffset>5036185</wp:posOffset>
                </wp:positionH>
                <wp:positionV relativeFrom="paragraph">
                  <wp:posOffset>497840</wp:posOffset>
                </wp:positionV>
                <wp:extent cx="709295" cy="873760"/>
                <wp:effectExtent l="0" t="0" r="0" b="2540"/>
                <wp:wrapNone/>
                <wp:docPr id="1414548498" name="Rectangle 1414548498"/>
                <wp:cNvGraphicFramePr/>
                <a:graphic xmlns:a="http://schemas.openxmlformats.org/drawingml/2006/main">
                  <a:graphicData uri="http://schemas.microsoft.com/office/word/2010/wordprocessingShape">
                    <wps:wsp>
                      <wps:cNvSpPr/>
                      <wps:spPr>
                        <a:xfrm>
                          <a:off x="0" y="0"/>
                          <a:ext cx="709295" cy="873760"/>
                        </a:xfrm>
                        <a:prstGeom prst="rect">
                          <a:avLst/>
                        </a:prstGeom>
                        <a:solidFill>
                          <a:srgbClr val="17458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18CB70D" id="Rectangle 1414548498" o:spid="_x0000_s1026" style="position:absolute;margin-left:396.55pt;margin-top:39.2pt;width:55.85pt;height:68.8pt;z-index:251655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" fillcolor="#17458f" stroked="f" strokeweight="2pt"/>
            </w:pict>
          </mc:Fallback>
        </mc:AlternateContent>
      </w:r>
      <w:r w:rsidR="00DD1566" w:rsidRPr="004559F4">
        <w:rPr>
          <w:rFonts w:asciiTheme="majorHAnsi" w:hAnsiTheme="majorHAnsi" w:cstheme="majorHAnsi"/>
          <w:noProof/>
        </w:rPr>
        <mc:AlternateContent>
          <mc:Choice Requires="wps">
            <w:drawing>
              <wp:anchor distT="0" distB="0" distL="114300" distR="114300" simplePos="0" relativeHeight="251654656" behindDoc="0" locked="0" layoutInCell="1" allowOverlap="1" wp14:anchorId="216AC015" wp14:editId="224D1629">
                <wp:simplePos x="0" y="0"/>
                <wp:positionH relativeFrom="column">
                  <wp:posOffset>4271645</wp:posOffset>
                </wp:positionH>
                <wp:positionV relativeFrom="paragraph">
                  <wp:posOffset>497840</wp:posOffset>
                </wp:positionV>
                <wp:extent cx="709295" cy="873760"/>
                <wp:effectExtent l="0" t="0" r="0" b="2540"/>
                <wp:wrapNone/>
                <wp:docPr id="807565038" name="Rectangle 807565038"/>
                <wp:cNvGraphicFramePr/>
                <a:graphic xmlns:a="http://schemas.openxmlformats.org/drawingml/2006/main">
                  <a:graphicData uri="http://schemas.microsoft.com/office/word/2010/wordprocessingShape">
                    <wps:wsp>
                      <wps:cNvSpPr/>
                      <wps:spPr>
                        <a:xfrm>
                          <a:off x="0" y="0"/>
                          <a:ext cx="709295" cy="873760"/>
                        </a:xfrm>
                        <a:prstGeom prst="rect">
                          <a:avLst/>
                        </a:prstGeom>
                        <a:solidFill>
                          <a:srgbClr val="17458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8B34DA4" id="Rectangle 807565038" o:spid="_x0000_s1026" style="position:absolute;margin-left:336.35pt;margin-top:39.2pt;width:55.85pt;height:68.8pt;z-index:251654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" fillcolor="#17458f" stroked="f" strokeweight="2pt"/>
            </w:pict>
          </mc:Fallback>
        </mc:AlternateContent>
      </w:r>
      <w:r w:rsidR="00DD1566" w:rsidRPr="004559F4">
        <w:rPr>
          <w:rFonts w:asciiTheme="majorHAnsi" w:hAnsiTheme="majorHAnsi" w:cstheme="majorHAnsi"/>
          <w:noProof/>
        </w:rPr>
        <mc:AlternateContent>
          <mc:Choice Requires="wps">
            <w:drawing>
              <wp:anchor distT="0" distB="0" distL="114300" distR="114300" simplePos="0" relativeHeight="251653632" behindDoc="0" locked="0" layoutInCell="1" allowOverlap="1" wp14:anchorId="1A67E6A4" wp14:editId="3FB51E02">
                <wp:simplePos x="0" y="0"/>
                <wp:positionH relativeFrom="column">
                  <wp:posOffset>3514090</wp:posOffset>
                </wp:positionH>
                <wp:positionV relativeFrom="paragraph">
                  <wp:posOffset>497840</wp:posOffset>
                </wp:positionV>
                <wp:extent cx="709295" cy="873760"/>
                <wp:effectExtent l="0" t="0" r="0" b="2540"/>
                <wp:wrapNone/>
                <wp:docPr id="2026184515" name="Rectangle 2026184515"/>
                <wp:cNvGraphicFramePr/>
                <a:graphic xmlns:a="http://schemas.openxmlformats.org/drawingml/2006/main">
                  <a:graphicData uri="http://schemas.microsoft.com/office/word/2010/wordprocessingShape">
                    <wps:wsp>
                      <wps:cNvSpPr/>
                      <wps:spPr>
                        <a:xfrm>
                          <a:off x="0" y="0"/>
                          <a:ext cx="709295" cy="873760"/>
                        </a:xfrm>
                        <a:prstGeom prst="rect">
                          <a:avLst/>
                        </a:prstGeom>
                        <a:solidFill>
                          <a:srgbClr val="17458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1EEDBA7" id="Rectangle 2026184515" o:spid="_x0000_s1026" style="position:absolute;margin-left:276.7pt;margin-top:39.2pt;width:55.85pt;height:68.8pt;z-index:251653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" fillcolor="#17458f" stroked="f" strokeweight="2pt"/>
            </w:pict>
          </mc:Fallback>
        </mc:AlternateContent>
      </w:r>
      <w:r w:rsidR="00DD1566" w:rsidRPr="004559F4">
        <w:rPr>
          <w:rFonts w:asciiTheme="majorHAnsi" w:hAnsiTheme="majorHAnsi" w:cstheme="majorHAnsi"/>
          <w:noProof/>
        </w:rPr>
        <mc:AlternateContent>
          <mc:Choice Requires="wps">
            <w:drawing>
              <wp:anchor distT="0" distB="0" distL="114300" distR="114300" simplePos="0" relativeHeight="251652608" behindDoc="0" locked="0" layoutInCell="1" allowOverlap="1" wp14:anchorId="0DCF85DE" wp14:editId="40816965">
                <wp:simplePos x="0" y="0"/>
                <wp:positionH relativeFrom="column">
                  <wp:posOffset>2750185</wp:posOffset>
                </wp:positionH>
                <wp:positionV relativeFrom="paragraph">
                  <wp:posOffset>497840</wp:posOffset>
                </wp:positionV>
                <wp:extent cx="709295" cy="873760"/>
                <wp:effectExtent l="0" t="0" r="0" b="2540"/>
                <wp:wrapNone/>
                <wp:docPr id="1009032989" name="Rectangle 1009032989"/>
                <wp:cNvGraphicFramePr/>
                <a:graphic xmlns:a="http://schemas.openxmlformats.org/drawingml/2006/main">
                  <a:graphicData uri="http://schemas.microsoft.com/office/word/2010/wordprocessingShape">
                    <wps:wsp>
                      <wps:cNvSpPr/>
                      <wps:spPr>
                        <a:xfrm>
                          <a:off x="0" y="0"/>
                          <a:ext cx="709295" cy="873760"/>
                        </a:xfrm>
                        <a:prstGeom prst="rect">
                          <a:avLst/>
                        </a:prstGeom>
                        <a:solidFill>
                          <a:srgbClr val="17458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A5B561E" id="Rectangle 1009032989" o:spid="_x0000_s1026" style="position:absolute;margin-left:216.55pt;margin-top:39.2pt;width:55.85pt;height:68.8pt;z-index:251652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" fillcolor="#17458f" stroked="f" strokeweight="2pt"/>
            </w:pict>
          </mc:Fallback>
        </mc:AlternateContent>
      </w:r>
      <w:r w:rsidR="00DD1566" w:rsidRPr="004559F4">
        <w:rPr>
          <w:rFonts w:asciiTheme="majorHAnsi" w:hAnsiTheme="majorHAnsi" w:cstheme="majorHAnsi"/>
          <w:noProof/>
        </w:rPr>
        <mc:AlternateContent>
          <mc:Choice Requires="wps">
            <w:drawing>
              <wp:anchor distT="0" distB="0" distL="114300" distR="114300" simplePos="0" relativeHeight="251651584" behindDoc="0" locked="0" layoutInCell="1" allowOverlap="1" wp14:anchorId="18A92049" wp14:editId="327152C7">
                <wp:simplePos x="0" y="0"/>
                <wp:positionH relativeFrom="column">
                  <wp:posOffset>1985645</wp:posOffset>
                </wp:positionH>
                <wp:positionV relativeFrom="paragraph">
                  <wp:posOffset>497840</wp:posOffset>
                </wp:positionV>
                <wp:extent cx="709295" cy="873760"/>
                <wp:effectExtent l="0" t="0" r="0" b="2540"/>
                <wp:wrapNone/>
                <wp:docPr id="1243274323" name="Rectangle 1243274323"/>
                <wp:cNvGraphicFramePr/>
                <a:graphic xmlns:a="http://schemas.openxmlformats.org/drawingml/2006/main">
                  <a:graphicData uri="http://schemas.microsoft.com/office/word/2010/wordprocessingShape">
                    <wps:wsp>
                      <wps:cNvSpPr/>
                      <wps:spPr>
                        <a:xfrm>
                          <a:off x="0" y="0"/>
                          <a:ext cx="709295" cy="873760"/>
                        </a:xfrm>
                        <a:prstGeom prst="rect">
                          <a:avLst/>
                        </a:prstGeom>
                        <a:solidFill>
                          <a:srgbClr val="17458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36A2F75" id="Rectangle 1243274323" o:spid="_x0000_s1026" style="position:absolute;margin-left:156.35pt;margin-top:39.2pt;width:55.85pt;height:68.8pt;z-index:251651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" fillcolor="#17458f" stroked="f" strokeweight="2pt"/>
            </w:pict>
          </mc:Fallback>
        </mc:AlternateContent>
      </w:r>
      <w:r w:rsidR="00DD1566" w:rsidRPr="004559F4">
        <w:rPr>
          <w:rFonts w:asciiTheme="majorHAnsi" w:hAnsiTheme="majorHAnsi" w:cstheme="majorHAnsi"/>
          <w:noProof/>
        </w:rPr>
        <mc:AlternateContent>
          <mc:Choice Requires="wps">
            <w:drawing>
              <wp:anchor distT="0" distB="0" distL="114300" distR="114300" simplePos="0" relativeHeight="251650560" behindDoc="1" locked="0" layoutInCell="1" allowOverlap="1" wp14:anchorId="12A3EE6D" wp14:editId="092B3442">
                <wp:simplePos x="0" y="0"/>
                <wp:positionH relativeFrom="column">
                  <wp:posOffset>1221105</wp:posOffset>
                </wp:positionH>
                <wp:positionV relativeFrom="paragraph">
                  <wp:posOffset>497840</wp:posOffset>
                </wp:positionV>
                <wp:extent cx="709295" cy="873760"/>
                <wp:effectExtent l="0" t="0" r="0" b="2540"/>
                <wp:wrapNone/>
                <wp:docPr id="1478740109" name="Rectangle 1478740109"/>
                <wp:cNvGraphicFramePr/>
                <a:graphic xmlns:a="http://schemas.openxmlformats.org/drawingml/2006/main">
                  <a:graphicData uri="http://schemas.microsoft.com/office/word/2010/wordprocessingShape">
                    <wps:wsp>
                      <wps:cNvSpPr/>
                      <wps:spPr>
                        <a:xfrm>
                          <a:off x="0" y="0"/>
                          <a:ext cx="709295" cy="873760"/>
                        </a:xfrm>
                        <a:prstGeom prst="rect">
                          <a:avLst/>
                        </a:prstGeom>
                        <a:solidFill>
                          <a:srgbClr val="17458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B2CD69B" id="Rectangle 1478740109" o:spid="_x0000_s1026" style="position:absolute;margin-left:96.15pt;margin-top:39.2pt;width:55.85pt;height:68.8pt;z-index:-251665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" fillcolor="#17458f" stroked="f" strokeweight="2pt"/>
            </w:pict>
          </mc:Fallback>
        </mc:AlternateContent>
      </w:r>
      <w:r w:rsidR="00DD1566" w:rsidRPr="004559F4">
        <w:rPr>
          <w:rFonts w:asciiTheme="majorHAnsi" w:hAnsiTheme="majorHAnsi" w:cstheme="majorHAnsi"/>
          <w:noProof/>
        </w:rPr>
        <mc:AlternateContent>
          <mc:Choice Requires="wps">
            <w:drawing>
              <wp:anchor distT="0" distB="0" distL="114300" distR="114300" simplePos="0" relativeHeight="251649536" behindDoc="0" locked="0" layoutInCell="1" allowOverlap="1" wp14:anchorId="0191343B" wp14:editId="6D7052F3">
                <wp:simplePos x="0" y="0"/>
                <wp:positionH relativeFrom="column">
                  <wp:posOffset>470535</wp:posOffset>
                </wp:positionH>
                <wp:positionV relativeFrom="paragraph">
                  <wp:posOffset>497840</wp:posOffset>
                </wp:positionV>
                <wp:extent cx="709295" cy="873760"/>
                <wp:effectExtent l="0" t="0" r="0" b="2540"/>
                <wp:wrapNone/>
                <wp:docPr id="449550745" name="Rectangle 449550745"/>
                <wp:cNvGraphicFramePr/>
                <a:graphic xmlns:a="http://schemas.openxmlformats.org/drawingml/2006/main">
                  <a:graphicData uri="http://schemas.microsoft.com/office/word/2010/wordprocessingShape">
                    <wps:wsp>
                      <wps:cNvSpPr/>
                      <wps:spPr>
                        <a:xfrm>
                          <a:off x="0" y="0"/>
                          <a:ext cx="709295" cy="873760"/>
                        </a:xfrm>
                        <a:prstGeom prst="rect">
                          <a:avLst/>
                        </a:prstGeom>
                        <a:solidFill>
                          <a:srgbClr val="17458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432B9BF" id="Rectangle 449550745" o:spid="_x0000_s1026" style="position:absolute;margin-left:37.05pt;margin-top:39.2pt;width:55.85pt;height:68.8pt;z-index:251649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" fillcolor="#17458f" stroked="f" strokeweight="2pt"/>
            </w:pict>
          </mc:Fallback>
        </mc:AlternateContent>
      </w:r>
      <w:r w:rsidR="00DD1566" w:rsidRPr="004559F4">
        <w:rPr>
          <w:rFonts w:asciiTheme="majorHAnsi" w:hAnsiTheme="majorHAnsi" w:cstheme="majorHAnsi"/>
          <w:noProof/>
        </w:rPr>
        <w:drawing>
          <wp:anchor distT="0" distB="0" distL="114300" distR="114300" simplePos="0" relativeHeight="251661824" behindDoc="0" locked="0" layoutInCell="1" allowOverlap="1" wp14:anchorId="5E82F6B7" wp14:editId="7401B51F">
            <wp:simplePos x="0" y="0"/>
            <wp:positionH relativeFrom="column">
              <wp:posOffset>5129530</wp:posOffset>
            </wp:positionH>
            <wp:positionV relativeFrom="paragraph">
              <wp:posOffset>790575</wp:posOffset>
            </wp:positionV>
            <wp:extent cx="518160" cy="518160"/>
            <wp:effectExtent l="0" t="0" r="0" b="0"/>
            <wp:wrapNone/>
            <wp:docPr id="285545748" name="Graphic 285545748" descr="Doll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545748" name="Graphic 285545748" descr="Dollar with solid fill"/>
                    <pic:cNvPicPr/>
                  </pic:nvPicPr>
                  <pic:blipFill>
                    <a:blip r:embed="rId30">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518160" cy="518160"/>
                    </a:xfrm>
                    <a:prstGeom prst="rect">
                      <a:avLst/>
                    </a:prstGeom>
                  </pic:spPr>
                </pic:pic>
              </a:graphicData>
            </a:graphic>
            <wp14:sizeRelH relativeFrom="margin">
              <wp14:pctWidth>0</wp14:pctWidth>
            </wp14:sizeRelH>
            <wp14:sizeRelV relativeFrom="margin">
              <wp14:pctHeight>0</wp14:pctHeight>
            </wp14:sizeRelV>
          </wp:anchor>
        </w:drawing>
      </w:r>
      <w:r w:rsidR="00DD1566" w:rsidRPr="004559F4">
        <w:rPr>
          <w:rFonts w:asciiTheme="majorHAnsi" w:hAnsiTheme="majorHAnsi" w:cstheme="majorHAnsi"/>
          <w:noProof/>
        </w:rPr>
        <w:drawing>
          <wp:anchor distT="0" distB="0" distL="114300" distR="114300" simplePos="0" relativeHeight="251660800" behindDoc="0" locked="0" layoutInCell="1" allowOverlap="1" wp14:anchorId="61369378" wp14:editId="69FB97F6">
            <wp:simplePos x="0" y="0"/>
            <wp:positionH relativeFrom="column">
              <wp:posOffset>4345940</wp:posOffset>
            </wp:positionH>
            <wp:positionV relativeFrom="paragraph">
              <wp:posOffset>770890</wp:posOffset>
            </wp:positionV>
            <wp:extent cx="559435" cy="559435"/>
            <wp:effectExtent l="0" t="0" r="0" b="0"/>
            <wp:wrapNone/>
            <wp:docPr id="364146491" name="Graphic 364146491" descr="Puzzle piece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146491" name="Graphic 364146491" descr="Puzzle pieces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559435" cy="559435"/>
                    </a:xfrm>
                    <a:prstGeom prst="rect">
                      <a:avLst/>
                    </a:prstGeom>
                  </pic:spPr>
                </pic:pic>
              </a:graphicData>
            </a:graphic>
            <wp14:sizeRelH relativeFrom="margin">
              <wp14:pctWidth>0</wp14:pctWidth>
            </wp14:sizeRelH>
            <wp14:sizeRelV relativeFrom="margin">
              <wp14:pctHeight>0</wp14:pctHeight>
            </wp14:sizeRelV>
          </wp:anchor>
        </w:drawing>
      </w:r>
      <w:r w:rsidR="00DD1566" w:rsidRPr="004559F4">
        <w:rPr>
          <w:rFonts w:asciiTheme="majorHAnsi" w:hAnsiTheme="majorHAnsi" w:cstheme="majorHAnsi"/>
          <w:noProof/>
        </w:rPr>
        <w:drawing>
          <wp:anchor distT="0" distB="0" distL="114300" distR="114300" simplePos="0" relativeHeight="251659776" behindDoc="0" locked="0" layoutInCell="1" allowOverlap="1" wp14:anchorId="5623CAEA" wp14:editId="460FDF70">
            <wp:simplePos x="0" y="0"/>
            <wp:positionH relativeFrom="column">
              <wp:posOffset>3623310</wp:posOffset>
            </wp:positionH>
            <wp:positionV relativeFrom="paragraph">
              <wp:posOffset>804545</wp:posOffset>
            </wp:positionV>
            <wp:extent cx="504825" cy="504825"/>
            <wp:effectExtent l="0" t="0" r="0" b="9525"/>
            <wp:wrapNone/>
            <wp:docPr id="549127757" name="Graphic 549127757" descr="Yoga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127757" name="Graphic 549127757" descr="Yoga with solid fill"/>
                    <pic:cNvPicPr/>
                  </pic:nvPicPr>
                  <pic:blipFill>
                    <a:blip r:embed="rId34">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0" y="0"/>
                      <a:ext cx="504825" cy="504825"/>
                    </a:xfrm>
                    <a:prstGeom prst="rect">
                      <a:avLst/>
                    </a:prstGeom>
                  </pic:spPr>
                </pic:pic>
              </a:graphicData>
            </a:graphic>
            <wp14:sizeRelH relativeFrom="margin">
              <wp14:pctWidth>0</wp14:pctWidth>
            </wp14:sizeRelH>
            <wp14:sizeRelV relativeFrom="margin">
              <wp14:pctHeight>0</wp14:pctHeight>
            </wp14:sizeRelV>
          </wp:anchor>
        </w:drawing>
      </w:r>
      <w:r w:rsidR="00DD1566" w:rsidRPr="004559F4">
        <w:rPr>
          <w:rFonts w:asciiTheme="majorHAnsi" w:hAnsiTheme="majorHAnsi" w:cstheme="majorHAnsi"/>
          <w:noProof/>
        </w:rPr>
        <w:drawing>
          <wp:anchor distT="0" distB="0" distL="114300" distR="114300" simplePos="0" relativeHeight="251658752" behindDoc="0" locked="0" layoutInCell="1" allowOverlap="1" wp14:anchorId="5F4D32D1" wp14:editId="6455AE62">
            <wp:simplePos x="0" y="0"/>
            <wp:positionH relativeFrom="column">
              <wp:posOffset>2851785</wp:posOffset>
            </wp:positionH>
            <wp:positionV relativeFrom="paragraph">
              <wp:posOffset>806450</wp:posOffset>
            </wp:positionV>
            <wp:extent cx="497840" cy="497840"/>
            <wp:effectExtent l="0" t="0" r="0" b="0"/>
            <wp:wrapNone/>
            <wp:docPr id="67825238" name="Graphic 67825238" descr="Bun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25238" name="Graphic 67825238" descr="Bunting with solid fill"/>
                    <pic:cNvPicPr/>
                  </pic:nvPicPr>
                  <pic:blipFill>
                    <a:blip r:embed="rId36">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0" y="0"/>
                      <a:ext cx="497840" cy="497840"/>
                    </a:xfrm>
                    <a:prstGeom prst="rect">
                      <a:avLst/>
                    </a:prstGeom>
                  </pic:spPr>
                </pic:pic>
              </a:graphicData>
            </a:graphic>
            <wp14:sizeRelH relativeFrom="margin">
              <wp14:pctWidth>0</wp14:pctWidth>
            </wp14:sizeRelH>
            <wp14:sizeRelV relativeFrom="margin">
              <wp14:pctHeight>0</wp14:pctHeight>
            </wp14:sizeRelV>
          </wp:anchor>
        </w:drawing>
      </w:r>
      <w:r w:rsidR="00DD1566" w:rsidRPr="004559F4">
        <w:rPr>
          <w:rFonts w:asciiTheme="majorHAnsi" w:hAnsiTheme="majorHAnsi" w:cstheme="majorHAnsi"/>
          <w:noProof/>
        </w:rPr>
        <w:drawing>
          <wp:anchor distT="0" distB="0" distL="114300" distR="114300" simplePos="0" relativeHeight="251657728" behindDoc="0" locked="0" layoutInCell="1" allowOverlap="1" wp14:anchorId="2BF80585" wp14:editId="012ADC65">
            <wp:simplePos x="0" y="0"/>
            <wp:positionH relativeFrom="column">
              <wp:posOffset>2101215</wp:posOffset>
            </wp:positionH>
            <wp:positionV relativeFrom="paragraph">
              <wp:posOffset>834390</wp:posOffset>
            </wp:positionV>
            <wp:extent cx="470535" cy="470535"/>
            <wp:effectExtent l="0" t="0" r="5715" b="5715"/>
            <wp:wrapNone/>
            <wp:docPr id="207408862" name="Graphic 207408862" descr="Cheer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08862" name="Graphic 207408862" descr="Cheers with solid fill"/>
                    <pic:cNvPicPr/>
                  </pic:nvPicPr>
                  <pic:blipFill>
                    <a:blip r:embed="rId38">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0" y="0"/>
                      <a:ext cx="470535" cy="470535"/>
                    </a:xfrm>
                    <a:prstGeom prst="rect">
                      <a:avLst/>
                    </a:prstGeom>
                  </pic:spPr>
                </pic:pic>
              </a:graphicData>
            </a:graphic>
            <wp14:sizeRelH relativeFrom="margin">
              <wp14:pctWidth>0</wp14:pctWidth>
            </wp14:sizeRelH>
            <wp14:sizeRelV relativeFrom="margin">
              <wp14:pctHeight>0</wp14:pctHeight>
            </wp14:sizeRelV>
          </wp:anchor>
        </w:drawing>
      </w:r>
      <w:r w:rsidR="00DD1566" w:rsidRPr="004559F4">
        <w:rPr>
          <w:rFonts w:asciiTheme="majorHAnsi" w:hAnsiTheme="majorHAnsi" w:cstheme="majorHAnsi"/>
          <w:b/>
          <w:bCs/>
        </w:rPr>
        <w:t>Low Admin Fees and Tax deductibility</w:t>
      </w:r>
      <w:r w:rsidR="00DD1566" w:rsidRPr="004559F4">
        <w:rPr>
          <w:rFonts w:asciiTheme="majorHAnsi" w:hAnsiTheme="majorHAnsi" w:cstheme="majorHAnsi"/>
        </w:rPr>
        <w:t xml:space="preserve">: We have the lowest admin fees in the NFP sector, offer tax deductibility and have put in place both DGR 1 and DGR 2 facilities. </w:t>
      </w:r>
    </w:p>
    <w:p w14:paraId="189692D7" w14:textId="06602D53" w:rsidR="00DD1566" w:rsidRPr="004559F4" w:rsidRDefault="00DD1566" w:rsidP="000B431A">
      <w:pPr>
        <w:rPr>
          <w:rFonts w:asciiTheme="majorHAnsi" w:hAnsiTheme="majorHAnsi" w:cstheme="majorHAnsi"/>
        </w:rPr>
      </w:pPr>
      <w:r w:rsidRPr="004559F4">
        <w:rPr>
          <w:rFonts w:asciiTheme="majorHAnsi" w:hAnsiTheme="majorHAnsi" w:cstheme="majorHAnsi"/>
          <w:noProof/>
        </w:rPr>
        <w:drawing>
          <wp:anchor distT="0" distB="0" distL="114300" distR="114300" simplePos="0" relativeHeight="251671040" behindDoc="0" locked="0" layoutInCell="1" allowOverlap="1" wp14:anchorId="2B2A7DFB" wp14:editId="5257A5B0">
            <wp:simplePos x="0" y="0"/>
            <wp:positionH relativeFrom="column">
              <wp:posOffset>623722</wp:posOffset>
            </wp:positionH>
            <wp:positionV relativeFrom="paragraph">
              <wp:posOffset>308025</wp:posOffset>
            </wp:positionV>
            <wp:extent cx="406324" cy="406324"/>
            <wp:effectExtent l="0" t="0" r="0" b="0"/>
            <wp:wrapNone/>
            <wp:docPr id="4265355" name="Picture 4265355" descr="A yellow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5355" name="Picture 4265355" descr="A yellow and black logo&#10;&#10;AI-generated content may be incorrect."/>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06324" cy="406324"/>
                    </a:xfrm>
                    <a:prstGeom prst="rect">
                      <a:avLst/>
                    </a:prstGeom>
                    <a:noFill/>
                  </pic:spPr>
                </pic:pic>
              </a:graphicData>
            </a:graphic>
            <wp14:sizeRelH relativeFrom="margin">
              <wp14:pctWidth>0</wp14:pctWidth>
            </wp14:sizeRelH>
            <wp14:sizeRelV relativeFrom="margin">
              <wp14:pctHeight>0</wp14:pctHeight>
            </wp14:sizeRelV>
          </wp:anchor>
        </w:drawing>
      </w:r>
      <w:r w:rsidRPr="004559F4">
        <w:rPr>
          <w:rFonts w:asciiTheme="majorHAnsi" w:hAnsiTheme="majorHAnsi" w:cstheme="majorHAnsi"/>
          <w:noProof/>
        </w:rPr>
        <w:drawing>
          <wp:anchor distT="0" distB="0" distL="114300" distR="114300" simplePos="0" relativeHeight="251656704" behindDoc="0" locked="0" layoutInCell="1" allowOverlap="1" wp14:anchorId="7AC9F05D" wp14:editId="7EFE69B9">
            <wp:simplePos x="0" y="0"/>
            <wp:positionH relativeFrom="column">
              <wp:posOffset>1289050</wp:posOffset>
            </wp:positionH>
            <wp:positionV relativeFrom="paragraph">
              <wp:posOffset>242487</wp:posOffset>
            </wp:positionV>
            <wp:extent cx="532130" cy="532130"/>
            <wp:effectExtent l="0" t="0" r="0" b="0"/>
            <wp:wrapNone/>
            <wp:docPr id="1214697939" name="Graphic 1214697939" descr="Signa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697939" name="Graphic 1214697939" descr="Signal with solid fill"/>
                    <pic:cNvPicPr/>
                  </pic:nvPicPr>
                  <pic:blipFill>
                    <a:blip r:embed="rId41">
                      <a:extLst>
                        <a:ext uri="{28A0092B-C50C-407E-A947-70E740481C1C}">
                          <a14:useLocalDpi xmlns:a14="http://schemas.microsoft.com/office/drawing/2010/main" val="0"/>
                        </a:ext>
                        <a:ext uri="{96DAC541-7B7A-43D3-8B79-37D633B846F1}">
                          <asvg:svgBlip xmlns:asvg="http://schemas.microsoft.com/office/drawing/2016/SVG/main" r:embed="rId42"/>
                        </a:ext>
                      </a:extLst>
                    </a:blip>
                    <a:stretch>
                      <a:fillRect/>
                    </a:stretch>
                  </pic:blipFill>
                  <pic:spPr>
                    <a:xfrm>
                      <a:off x="0" y="0"/>
                      <a:ext cx="532130" cy="532130"/>
                    </a:xfrm>
                    <a:prstGeom prst="rect">
                      <a:avLst/>
                    </a:prstGeom>
                  </pic:spPr>
                </pic:pic>
              </a:graphicData>
            </a:graphic>
            <wp14:sizeRelH relativeFrom="margin">
              <wp14:pctWidth>0</wp14:pctWidth>
            </wp14:sizeRelH>
            <wp14:sizeRelV relativeFrom="margin">
              <wp14:pctHeight>0</wp14:pctHeight>
            </wp14:sizeRelV>
          </wp:anchor>
        </w:drawing>
      </w:r>
    </w:p>
    <w:p w14:paraId="638BF880" w14:textId="7FF901A2" w:rsidR="00DD1566" w:rsidRPr="004559F4" w:rsidRDefault="00DD1566" w:rsidP="000B431A">
      <w:pPr>
        <w:rPr>
          <w:rFonts w:asciiTheme="majorHAnsi" w:hAnsiTheme="majorHAnsi" w:cstheme="majorHAnsi"/>
        </w:rPr>
      </w:pPr>
    </w:p>
    <w:p w14:paraId="0BC941C3" w14:textId="57AE3807" w:rsidR="00DD1566" w:rsidRDefault="00DD1566" w:rsidP="000B431A">
      <w:pPr>
        <w:rPr>
          <w:rFonts w:asciiTheme="majorHAnsi" w:hAnsiTheme="majorHAnsi" w:cstheme="majorHAnsi"/>
        </w:rPr>
      </w:pPr>
    </w:p>
    <w:p w14:paraId="00BC759C" w14:textId="77777777" w:rsidR="009B3651" w:rsidRPr="004559F4" w:rsidRDefault="009B3651" w:rsidP="000B431A">
      <w:pPr>
        <w:rPr>
          <w:rFonts w:asciiTheme="majorHAnsi" w:hAnsiTheme="majorHAnsi" w:cstheme="majorHAnsi"/>
        </w:rPr>
      </w:pPr>
    </w:p>
    <w:p w14:paraId="42EC8199" w14:textId="184E3BBC" w:rsidR="00A67228" w:rsidRPr="00C66D83" w:rsidRDefault="00787091" w:rsidP="00C66D83">
      <w:pPr>
        <w:pStyle w:val="Heading1"/>
        <w:numPr>
          <w:ilvl w:val="0"/>
          <w:numId w:val="15"/>
        </w:numPr>
        <w:tabs>
          <w:tab w:val="num" w:pos="360"/>
        </w:tabs>
        <w:spacing w:before="0"/>
        <w:rPr>
          <w:rFonts w:cstheme="majorHAnsi"/>
          <w:color w:val="auto"/>
          <w:sz w:val="22"/>
          <w:szCs w:val="22"/>
        </w:rPr>
        <w:sectPr w:rsidR="00A67228" w:rsidRPr="00C66D83" w:rsidSect="00B61826">
          <w:headerReference w:type="default" r:id="rId43"/>
          <w:footerReference w:type="default" r:id="rId44"/>
          <w:type w:val="continuous"/>
          <w:pgSz w:w="11906" w:h="16838" w:code="9"/>
          <w:pgMar w:top="1550" w:right="849" w:bottom="624" w:left="1276" w:header="567" w:footer="439" w:gutter="0"/>
          <w:cols w:space="708"/>
          <w:docGrid w:linePitch="360"/>
        </w:sectPr>
      </w:pPr>
      <w:bookmarkStart w:id="8" w:name="_Toc209604534"/>
      <w:r w:rsidRPr="004559F4">
        <w:rPr>
          <w:noProof/>
        </w:rPr>
        <w:drawing>
          <wp:anchor distT="0" distB="0" distL="114300" distR="114300" simplePos="0" relativeHeight="251672064" behindDoc="0" locked="0" layoutInCell="1" allowOverlap="1" wp14:anchorId="7885FCC7" wp14:editId="077C2E3A">
            <wp:simplePos x="0" y="0"/>
            <wp:positionH relativeFrom="column">
              <wp:posOffset>-417195</wp:posOffset>
            </wp:positionH>
            <wp:positionV relativeFrom="paragraph">
              <wp:posOffset>379730</wp:posOffset>
            </wp:positionV>
            <wp:extent cx="6325870" cy="3939540"/>
            <wp:effectExtent l="0" t="0" r="0" b="3810"/>
            <wp:wrapSquare wrapText="bothSides"/>
            <wp:docPr id="1929390605" name="Picture 1" descr="A close-up of a pyrami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433281" name="Picture 1" descr="A close-up of a pyramid&#10;&#10;AI-generated content may be incorrect."/>
                    <pic:cNvPicPr/>
                  </pic:nvPicPr>
                  <pic:blipFill rotWithShape="1">
                    <a:blip r:embed="rId45">
                      <a:extLst>
                        <a:ext uri="{28A0092B-C50C-407E-A947-70E740481C1C}">
                          <a14:useLocalDpi xmlns:a14="http://schemas.microsoft.com/office/drawing/2010/main" val="0"/>
                        </a:ext>
                      </a:extLst>
                    </a:blip>
                    <a:srcRect r="7074"/>
                    <a:stretch>
                      <a:fillRect/>
                    </a:stretch>
                  </pic:blipFill>
                  <pic:spPr bwMode="auto">
                    <a:xfrm>
                      <a:off x="0" y="0"/>
                      <a:ext cx="6325870" cy="39395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148AA" w:rsidRPr="00C66D83">
        <w:rPr>
          <w:rFonts w:cstheme="majorHAnsi"/>
          <w:color w:val="17458F"/>
          <w:sz w:val="24"/>
          <w:szCs w:val="24"/>
        </w:rPr>
        <w:t>Our Theory of Change</w:t>
      </w:r>
      <w:bookmarkEnd w:id="8"/>
    </w:p>
    <w:p w14:paraId="345C4B60" w14:textId="6B6D19B5" w:rsidR="00F01F41" w:rsidRPr="00C52355" w:rsidRDefault="00F01F41">
      <w:pPr>
        <w:rPr>
          <w:rFonts w:cstheme="majorHAnsi"/>
          <w:color w:val="F7A81B"/>
          <w:sz w:val="32"/>
        </w:rPr>
      </w:pPr>
      <w:r>
        <w:rPr>
          <w:rFonts w:cstheme="majorHAnsi"/>
          <w:color w:val="F7A81B"/>
          <w:sz w:val="32"/>
        </w:rPr>
        <w:br w:type="page"/>
      </w:r>
    </w:p>
    <w:p w14:paraId="31BFD399" w14:textId="77777777" w:rsidR="00C52355" w:rsidRPr="00C52355" w:rsidRDefault="00F01F41" w:rsidP="00A1525F">
      <w:pPr>
        <w:pStyle w:val="Heading1"/>
        <w:numPr>
          <w:ilvl w:val="0"/>
          <w:numId w:val="17"/>
        </w:numPr>
        <w:spacing w:before="0"/>
        <w:rPr>
          <w:rFonts w:cstheme="majorHAnsi"/>
          <w:color w:val="17458F"/>
          <w:sz w:val="24"/>
          <w:szCs w:val="24"/>
        </w:rPr>
      </w:pPr>
      <w:bookmarkStart w:id="9" w:name="_Toc209604535"/>
      <w:r w:rsidRPr="00C52355">
        <w:rPr>
          <w:rFonts w:cstheme="majorHAnsi"/>
          <w:color w:val="F7A81B"/>
          <w:sz w:val="32"/>
        </w:rPr>
        <w:t>The Project</w:t>
      </w:r>
      <w:r w:rsidR="00727534" w:rsidRPr="00C52355">
        <w:rPr>
          <w:rFonts w:cstheme="majorHAnsi"/>
          <w:color w:val="F7A81B"/>
          <w:sz w:val="32"/>
        </w:rPr>
        <w:t>: Maternal &amp; Child Health (MCH)</w:t>
      </w:r>
      <w:bookmarkEnd w:id="9"/>
    </w:p>
    <w:p w14:paraId="611A47A6" w14:textId="5DE4E8B2" w:rsidR="00B65B67" w:rsidRPr="00C52355" w:rsidRDefault="00B65B67" w:rsidP="009B3651">
      <w:pPr>
        <w:pStyle w:val="Heading1"/>
        <w:numPr>
          <w:ilvl w:val="0"/>
          <w:numId w:val="18"/>
        </w:numPr>
        <w:spacing w:before="0"/>
        <w:rPr>
          <w:rFonts w:cstheme="majorHAnsi"/>
          <w:color w:val="17458F"/>
          <w:sz w:val="24"/>
          <w:szCs w:val="24"/>
        </w:rPr>
      </w:pPr>
      <w:bookmarkStart w:id="10" w:name="_Toc209604536"/>
      <w:r w:rsidRPr="00C52355">
        <w:rPr>
          <w:rFonts w:cstheme="majorHAnsi"/>
          <w:color w:val="17458F"/>
          <w:sz w:val="24"/>
          <w:szCs w:val="24"/>
        </w:rPr>
        <w:t>The Need</w:t>
      </w:r>
      <w:bookmarkEnd w:id="10"/>
    </w:p>
    <w:p w14:paraId="53F6B5DE" w14:textId="691F9853" w:rsidR="00963B0F" w:rsidRDefault="00D5285C" w:rsidP="0052446E">
      <w:pPr>
        <w:rPr>
          <w:rFonts w:asciiTheme="majorHAnsi" w:hAnsiTheme="majorHAnsi" w:cstheme="majorHAnsi"/>
          <w:lang w:val="en-AU"/>
        </w:rPr>
      </w:pPr>
      <w:r>
        <w:rPr>
          <w:rFonts w:asciiTheme="majorHAnsi" w:hAnsiTheme="majorHAnsi" w:cstheme="majorHAnsi"/>
          <w:lang w:val="en-AU"/>
        </w:rPr>
        <w:t>MCH</w:t>
      </w:r>
      <w:r w:rsidR="001748E0" w:rsidRPr="001748E0">
        <w:rPr>
          <w:rFonts w:asciiTheme="majorHAnsi" w:hAnsiTheme="majorHAnsi" w:cstheme="majorHAnsi"/>
          <w:lang w:val="en-AU"/>
        </w:rPr>
        <w:t xml:space="preserve"> outcomes remain a </w:t>
      </w:r>
      <w:r w:rsidR="001748E0" w:rsidRPr="001748E0">
        <w:rPr>
          <w:rFonts w:asciiTheme="majorHAnsi" w:hAnsiTheme="majorHAnsi" w:cstheme="majorHAnsi"/>
          <w:b/>
          <w:bCs/>
          <w:lang w:val="en-AU"/>
        </w:rPr>
        <w:t xml:space="preserve">significant challenge in many low-resource countries, where access to quality healthcare is limited and maternal and infant mortality rates remain high. </w:t>
      </w:r>
      <w:r w:rsidR="001748E0" w:rsidRPr="001748E0">
        <w:rPr>
          <w:rFonts w:asciiTheme="majorHAnsi" w:hAnsiTheme="majorHAnsi" w:cstheme="majorHAnsi"/>
          <w:lang w:val="en-AU"/>
        </w:rPr>
        <w:t xml:space="preserve">Communities in countries such as Zambia, Uganda, Malawi, Ethiopia, Kenya, Tanzania, Papua New Guinea, Myanmar, Nepal, Vietnam, Laos, Philippines, Cambodia and Bangladesh face </w:t>
      </w:r>
      <w:r w:rsidR="001748E0" w:rsidRPr="001748E0">
        <w:rPr>
          <w:rFonts w:asciiTheme="majorHAnsi" w:hAnsiTheme="majorHAnsi" w:cstheme="majorHAnsi"/>
          <w:b/>
          <w:bCs/>
          <w:lang w:val="en-AU"/>
        </w:rPr>
        <w:t>systemic barriers including limited healthcare infrastructure, a shortage of trained health workers and lack of access to family planning</w:t>
      </w:r>
      <w:r w:rsidR="001748E0" w:rsidRPr="001748E0">
        <w:rPr>
          <w:rFonts w:asciiTheme="majorHAnsi" w:hAnsiTheme="majorHAnsi" w:cstheme="majorHAnsi"/>
          <w:lang w:val="en-AU"/>
        </w:rPr>
        <w:t>.</w:t>
      </w:r>
    </w:p>
    <w:p w14:paraId="70FB42C5" w14:textId="77777777" w:rsidR="001748E0" w:rsidRPr="002B4C41" w:rsidRDefault="001748E0" w:rsidP="0052446E">
      <w:pPr>
        <w:rPr>
          <w:rFonts w:asciiTheme="majorHAnsi" w:hAnsiTheme="majorHAnsi" w:cstheme="majorHAnsi"/>
          <w:lang w:val="en-AU"/>
        </w:rPr>
      </w:pPr>
      <w:r w:rsidRPr="001748E0">
        <w:rPr>
          <w:rFonts w:asciiTheme="majorHAnsi" w:hAnsiTheme="majorHAnsi" w:cstheme="majorHAnsi"/>
          <w:lang w:val="en-AU"/>
        </w:rPr>
        <w:t>Globally, a</w:t>
      </w:r>
      <w:r w:rsidR="00762AB6">
        <w:rPr>
          <w:rFonts w:asciiTheme="majorHAnsi" w:hAnsiTheme="majorHAnsi" w:cstheme="majorHAnsi"/>
          <w:lang w:val="en-AU"/>
        </w:rPr>
        <w:t>pproximately</w:t>
      </w:r>
      <w:r w:rsidRPr="001748E0">
        <w:rPr>
          <w:rFonts w:asciiTheme="majorHAnsi" w:hAnsiTheme="majorHAnsi" w:cstheme="majorHAnsi"/>
          <w:lang w:val="en-AU"/>
        </w:rPr>
        <w:t xml:space="preserve"> 260,000 women die each year from pregnancy and childbirth-related causes — that’s one woman every two minutes — with over </w:t>
      </w:r>
      <w:r w:rsidRPr="001748E0">
        <w:rPr>
          <w:rFonts w:asciiTheme="majorHAnsi" w:hAnsiTheme="majorHAnsi" w:cstheme="majorHAnsi"/>
          <w:b/>
          <w:bCs/>
          <w:lang w:val="en-AU"/>
        </w:rPr>
        <w:t>90% of these deaths occurring in low- and lower-middle-income countries</w:t>
      </w:r>
      <w:r w:rsidR="00CC72C4">
        <w:rPr>
          <w:rStyle w:val="FootnoteReference"/>
          <w:rFonts w:asciiTheme="majorHAnsi" w:hAnsiTheme="majorHAnsi" w:cstheme="majorHAnsi"/>
          <w:lang w:val="en-AU"/>
        </w:rPr>
        <w:footnoteReference w:id="1"/>
      </w:r>
      <w:r w:rsidRPr="001748E0">
        <w:rPr>
          <w:rFonts w:asciiTheme="majorHAnsi" w:hAnsiTheme="majorHAnsi" w:cstheme="majorHAnsi"/>
          <w:lang w:val="en-AU"/>
        </w:rPr>
        <w:t xml:space="preserve">. Maternal mortality ratios in low-income countries average </w:t>
      </w:r>
      <w:r w:rsidRPr="001748E0">
        <w:rPr>
          <w:rFonts w:asciiTheme="majorHAnsi" w:hAnsiTheme="majorHAnsi" w:cstheme="majorHAnsi"/>
          <w:b/>
          <w:bCs/>
          <w:lang w:val="en-AU"/>
        </w:rPr>
        <w:t>346 deaths per 100,000 live births</w:t>
      </w:r>
      <w:r w:rsidRPr="001748E0">
        <w:rPr>
          <w:rFonts w:asciiTheme="majorHAnsi" w:hAnsiTheme="majorHAnsi" w:cstheme="majorHAnsi"/>
          <w:lang w:val="en-AU"/>
        </w:rPr>
        <w:t xml:space="preserve">, compared to just </w:t>
      </w:r>
      <w:r w:rsidRPr="001748E0">
        <w:rPr>
          <w:rFonts w:asciiTheme="majorHAnsi" w:hAnsiTheme="majorHAnsi" w:cstheme="majorHAnsi"/>
          <w:b/>
          <w:bCs/>
          <w:lang w:val="en-AU"/>
        </w:rPr>
        <w:t xml:space="preserve">10 </w:t>
      </w:r>
      <w:r w:rsidR="00E67300">
        <w:rPr>
          <w:rFonts w:asciiTheme="majorHAnsi" w:hAnsiTheme="majorHAnsi" w:cstheme="majorHAnsi"/>
          <w:b/>
          <w:bCs/>
          <w:lang w:val="en-AU"/>
        </w:rPr>
        <w:t xml:space="preserve">deaths </w:t>
      </w:r>
      <w:r w:rsidRPr="001748E0">
        <w:rPr>
          <w:rFonts w:asciiTheme="majorHAnsi" w:hAnsiTheme="majorHAnsi" w:cstheme="majorHAnsi"/>
          <w:b/>
          <w:bCs/>
          <w:lang w:val="en-AU"/>
        </w:rPr>
        <w:t>per 100,000</w:t>
      </w:r>
      <w:r w:rsidRPr="001748E0">
        <w:rPr>
          <w:rFonts w:asciiTheme="majorHAnsi" w:hAnsiTheme="majorHAnsi" w:cstheme="majorHAnsi"/>
          <w:lang w:val="en-AU"/>
        </w:rPr>
        <w:t xml:space="preserve"> in high-income settings</w:t>
      </w:r>
      <w:r w:rsidR="00F53648">
        <w:rPr>
          <w:rStyle w:val="FootnoteReference"/>
          <w:rFonts w:asciiTheme="majorHAnsi" w:hAnsiTheme="majorHAnsi" w:cstheme="majorHAnsi"/>
          <w:lang w:val="en-AU"/>
        </w:rPr>
        <w:footnoteReference w:id="2"/>
      </w:r>
      <w:r w:rsidRPr="001748E0">
        <w:rPr>
          <w:rFonts w:asciiTheme="majorHAnsi" w:hAnsiTheme="majorHAnsi" w:cstheme="majorHAnsi"/>
          <w:lang w:val="en-AU"/>
        </w:rPr>
        <w:t xml:space="preserve">. While maternal mortality has fallen by around </w:t>
      </w:r>
      <w:r w:rsidRPr="001748E0">
        <w:rPr>
          <w:rFonts w:asciiTheme="majorHAnsi" w:hAnsiTheme="majorHAnsi" w:cstheme="majorHAnsi"/>
          <w:b/>
          <w:bCs/>
          <w:lang w:val="en-AU"/>
        </w:rPr>
        <w:t>40% since 2000</w:t>
      </w:r>
      <w:r w:rsidR="00142228">
        <w:rPr>
          <w:rStyle w:val="FootnoteReference"/>
          <w:rFonts w:asciiTheme="majorHAnsi" w:hAnsiTheme="majorHAnsi" w:cstheme="majorHAnsi"/>
          <w:lang w:val="en-AU"/>
        </w:rPr>
        <w:footnoteReference w:id="3"/>
      </w:r>
      <w:r w:rsidRPr="001748E0">
        <w:rPr>
          <w:rFonts w:asciiTheme="majorHAnsi" w:hAnsiTheme="majorHAnsi" w:cstheme="majorHAnsi"/>
          <w:b/>
          <w:bCs/>
          <w:lang w:val="en-AU"/>
        </w:rPr>
        <w:t>, progress has slowed</w:t>
      </w:r>
      <w:r w:rsidRPr="001748E0">
        <w:rPr>
          <w:rFonts w:asciiTheme="majorHAnsi" w:hAnsiTheme="majorHAnsi" w:cstheme="majorHAnsi"/>
          <w:lang w:val="en-AU"/>
        </w:rPr>
        <w:t xml:space="preserve"> significantly since 2016</w:t>
      </w:r>
      <w:r w:rsidR="000E55B9">
        <w:rPr>
          <w:rFonts w:asciiTheme="majorHAnsi" w:hAnsiTheme="majorHAnsi" w:cstheme="majorHAnsi"/>
          <w:lang w:val="en-AU"/>
        </w:rPr>
        <w:t>.</w:t>
      </w:r>
      <w:r w:rsidRPr="001748E0">
        <w:rPr>
          <w:rFonts w:asciiTheme="majorHAnsi" w:hAnsiTheme="majorHAnsi" w:cstheme="majorHAnsi"/>
          <w:lang w:val="en-AU"/>
        </w:rPr>
        <w:t xml:space="preserve"> </w:t>
      </w:r>
      <w:r w:rsidRPr="001748E0">
        <w:rPr>
          <w:rFonts w:asciiTheme="majorHAnsi" w:hAnsiTheme="majorHAnsi" w:cstheme="majorHAnsi"/>
          <w:b/>
          <w:bCs/>
          <w:lang w:val="en-AU"/>
        </w:rPr>
        <w:t>Sub-Saharan Africa still accounts for 70% of maternal deaths</w:t>
      </w:r>
      <w:r w:rsidR="000E55B9">
        <w:rPr>
          <w:rFonts w:asciiTheme="majorHAnsi" w:hAnsiTheme="majorHAnsi" w:cstheme="majorHAnsi"/>
          <w:lang w:val="en-AU"/>
        </w:rPr>
        <w:t xml:space="preserve"> </w:t>
      </w:r>
      <w:r w:rsidR="000E55B9" w:rsidRPr="00B00BF9">
        <w:rPr>
          <w:rFonts w:asciiTheme="majorHAnsi" w:hAnsiTheme="majorHAnsi" w:cstheme="majorHAnsi"/>
          <w:b/>
          <w:bCs/>
          <w:lang w:val="en-AU"/>
        </w:rPr>
        <w:t>and</w:t>
      </w:r>
      <w:r w:rsidRPr="001748E0">
        <w:rPr>
          <w:rFonts w:asciiTheme="majorHAnsi" w:hAnsiTheme="majorHAnsi" w:cstheme="majorHAnsi"/>
          <w:b/>
          <w:bCs/>
          <w:lang w:val="en-AU"/>
        </w:rPr>
        <w:t xml:space="preserve"> Southern Asia contribut</w:t>
      </w:r>
      <w:r w:rsidR="000E55B9" w:rsidRPr="00B00BF9">
        <w:rPr>
          <w:rFonts w:asciiTheme="majorHAnsi" w:hAnsiTheme="majorHAnsi" w:cstheme="majorHAnsi"/>
          <w:b/>
          <w:bCs/>
          <w:lang w:val="en-AU"/>
        </w:rPr>
        <w:t>es</w:t>
      </w:r>
      <w:r w:rsidRPr="001748E0">
        <w:rPr>
          <w:rFonts w:asciiTheme="majorHAnsi" w:hAnsiTheme="majorHAnsi" w:cstheme="majorHAnsi"/>
          <w:b/>
          <w:bCs/>
          <w:lang w:val="en-AU"/>
        </w:rPr>
        <w:t xml:space="preserve"> a further 17%</w:t>
      </w:r>
      <w:r w:rsidR="00F53648" w:rsidRPr="00B00BF9">
        <w:rPr>
          <w:rStyle w:val="FootnoteReference"/>
          <w:rFonts w:asciiTheme="majorHAnsi" w:hAnsiTheme="majorHAnsi" w:cstheme="majorHAnsi"/>
          <w:b/>
          <w:bCs/>
          <w:lang w:val="en-AU"/>
        </w:rPr>
        <w:footnoteReference w:id="4"/>
      </w:r>
      <w:r w:rsidRPr="001748E0">
        <w:rPr>
          <w:rFonts w:asciiTheme="majorHAnsi" w:hAnsiTheme="majorHAnsi" w:cstheme="majorHAnsi"/>
          <w:b/>
          <w:bCs/>
          <w:lang w:val="en-AU"/>
        </w:rPr>
        <w:t>.</w:t>
      </w:r>
      <w:r w:rsidRPr="001748E0">
        <w:rPr>
          <w:rFonts w:asciiTheme="majorHAnsi" w:hAnsiTheme="majorHAnsi" w:cstheme="majorHAnsi"/>
          <w:lang w:val="en-AU"/>
        </w:rPr>
        <w:t xml:space="preserve"> Without urgent intervention, mothers and children remain at risk of preventable deaths and long-term health issues.</w:t>
      </w:r>
    </w:p>
    <w:p w14:paraId="31160F98" w14:textId="44807709" w:rsidR="00B65B67" w:rsidRPr="004559F4" w:rsidRDefault="00B65B67" w:rsidP="009B3651">
      <w:pPr>
        <w:pStyle w:val="Heading1"/>
        <w:numPr>
          <w:ilvl w:val="0"/>
          <w:numId w:val="18"/>
        </w:numPr>
        <w:rPr>
          <w:rFonts w:cstheme="majorHAnsi"/>
          <w:color w:val="17458F"/>
          <w:sz w:val="24"/>
          <w:szCs w:val="24"/>
        </w:rPr>
      </w:pPr>
      <w:bookmarkStart w:id="11" w:name="_Toc209604537"/>
      <w:r w:rsidRPr="004559F4">
        <w:rPr>
          <w:rFonts w:cstheme="majorHAnsi"/>
          <w:color w:val="17458F"/>
          <w:sz w:val="24"/>
          <w:szCs w:val="24"/>
        </w:rPr>
        <w:t>The Solution</w:t>
      </w:r>
      <w:bookmarkEnd w:id="11"/>
      <w:r w:rsidRPr="004559F4">
        <w:rPr>
          <w:rFonts w:cstheme="majorHAnsi"/>
          <w:color w:val="17458F"/>
          <w:sz w:val="24"/>
          <w:szCs w:val="24"/>
        </w:rPr>
        <w:t xml:space="preserve"> </w:t>
      </w:r>
    </w:p>
    <w:p w14:paraId="3661061F" w14:textId="0B7ABE2D" w:rsidR="00B65B67" w:rsidRPr="004559F4" w:rsidRDefault="00926632" w:rsidP="000B431A">
      <w:pPr>
        <w:rPr>
          <w:rFonts w:asciiTheme="majorHAnsi" w:hAnsiTheme="majorHAnsi" w:cstheme="majorHAnsi"/>
        </w:rPr>
      </w:pPr>
      <w:r>
        <w:rPr>
          <w:rFonts w:asciiTheme="majorHAnsi" w:hAnsiTheme="majorHAnsi" w:cstheme="majorHAnsi"/>
        </w:rPr>
        <w:t>F</w:t>
      </w:r>
      <w:r w:rsidR="00B65B67" w:rsidRPr="004559F4">
        <w:rPr>
          <w:rFonts w:asciiTheme="majorHAnsi" w:hAnsiTheme="majorHAnsi" w:cstheme="majorHAnsi"/>
        </w:rPr>
        <w:t>unding targeted health initiatives that strengthen healthcare capacity, expand access to services and deliver life-saving interventions. The program includes training midwives in obstetric ultrasound in Malawi, supporting family planning programs in Papua New Guinea and providing prolapse surgeries for women in Uganda. Our approach is innovative in its focus on local partnerships, community-driven solutions and sustainability.</w:t>
      </w:r>
    </w:p>
    <w:p w14:paraId="4334AD2D" w14:textId="159C5B8B" w:rsidR="00B65B67" w:rsidRPr="004559F4" w:rsidRDefault="00B65B67" w:rsidP="009B3651">
      <w:pPr>
        <w:pStyle w:val="Heading1"/>
        <w:numPr>
          <w:ilvl w:val="0"/>
          <w:numId w:val="18"/>
        </w:numPr>
        <w:rPr>
          <w:rFonts w:cstheme="majorHAnsi"/>
          <w:color w:val="17458F"/>
          <w:sz w:val="24"/>
          <w:szCs w:val="24"/>
        </w:rPr>
      </w:pPr>
      <w:bookmarkStart w:id="12" w:name="_Toc209604538"/>
      <w:r w:rsidRPr="004559F4">
        <w:rPr>
          <w:rFonts w:cstheme="majorHAnsi"/>
          <w:color w:val="17458F"/>
          <w:sz w:val="24"/>
          <w:szCs w:val="24"/>
        </w:rPr>
        <w:t>Impact and Outcomes</w:t>
      </w:r>
      <w:bookmarkEnd w:id="12"/>
    </w:p>
    <w:p w14:paraId="56E46FFD" w14:textId="77777777" w:rsidR="00B65B67" w:rsidRPr="004559F4" w:rsidRDefault="00B65B67" w:rsidP="000B431A">
      <w:pPr>
        <w:rPr>
          <w:rFonts w:asciiTheme="majorHAnsi" w:hAnsiTheme="majorHAnsi" w:cstheme="majorHAnsi"/>
        </w:rPr>
      </w:pPr>
      <w:r w:rsidRPr="004559F4">
        <w:rPr>
          <w:rFonts w:asciiTheme="majorHAnsi" w:hAnsiTheme="majorHAnsi" w:cstheme="majorHAnsi"/>
        </w:rPr>
        <w:t>This project has already delivered measurable results across multiple countries. In Malawi, midwives are trained in ultrasound techniques, improving early detection of complications. In Papua New Guinea, family planning and contraceptive programs empower women to manage reproductive health safely. In Uganda, marginalized women are accessing prolapse surgeries, restoring dignity and health. Collectively, these efforts strengthen maternal care, improve reproductive health and enhance community wellbeing. With donor support, thousands more women and children will gain access to essential healthcare services.</w:t>
      </w:r>
    </w:p>
    <w:p w14:paraId="14A9122E" w14:textId="435B4728" w:rsidR="00B65B67" w:rsidRPr="004559F4" w:rsidRDefault="00B65B67" w:rsidP="009B3651">
      <w:pPr>
        <w:pStyle w:val="Heading1"/>
        <w:numPr>
          <w:ilvl w:val="0"/>
          <w:numId w:val="18"/>
        </w:numPr>
        <w:rPr>
          <w:rFonts w:cstheme="majorHAnsi"/>
          <w:color w:val="17458F"/>
          <w:sz w:val="24"/>
          <w:szCs w:val="24"/>
        </w:rPr>
      </w:pPr>
      <w:bookmarkStart w:id="13" w:name="_Toc209604539"/>
      <w:r w:rsidRPr="004559F4">
        <w:rPr>
          <w:rFonts w:cstheme="majorHAnsi"/>
          <w:color w:val="17458F"/>
          <w:sz w:val="24"/>
          <w:szCs w:val="24"/>
        </w:rPr>
        <w:t>Funding Requirements</w:t>
      </w:r>
      <w:bookmarkEnd w:id="13"/>
    </w:p>
    <w:p w14:paraId="12C31750" w14:textId="1671F0AE" w:rsidR="009D21D2" w:rsidRPr="004559F4" w:rsidRDefault="00EB1C0A" w:rsidP="000B431A">
      <w:pPr>
        <w:rPr>
          <w:rFonts w:asciiTheme="majorHAnsi" w:hAnsiTheme="majorHAnsi" w:cstheme="majorHAnsi"/>
        </w:rPr>
      </w:pPr>
      <w:r w:rsidRPr="009D21D2">
        <w:rPr>
          <w:rFonts w:asciiTheme="majorHAnsi" w:hAnsiTheme="majorHAnsi" w:cstheme="majorHAnsi"/>
        </w:rPr>
        <w:t xml:space="preserve">The project’s immediate </w:t>
      </w:r>
      <w:r w:rsidRPr="009D21D2">
        <w:rPr>
          <w:rFonts w:asciiTheme="majorHAnsi" w:hAnsiTheme="majorHAnsi" w:cstheme="majorHAnsi"/>
          <w:b/>
          <w:bCs/>
        </w:rPr>
        <w:t xml:space="preserve">donation goal </w:t>
      </w:r>
      <w:r>
        <w:rPr>
          <w:rFonts w:asciiTheme="majorHAnsi" w:hAnsiTheme="majorHAnsi" w:cstheme="majorHAnsi"/>
          <w:b/>
          <w:bCs/>
        </w:rPr>
        <w:t>of</w:t>
      </w:r>
      <w:r w:rsidRPr="009D21D2">
        <w:rPr>
          <w:rFonts w:asciiTheme="majorHAnsi" w:hAnsiTheme="majorHAnsi" w:cstheme="majorHAnsi"/>
          <w:b/>
          <w:bCs/>
        </w:rPr>
        <w:t xml:space="preserve"> $10,000 AUD</w:t>
      </w:r>
      <w:r w:rsidR="009D21D2" w:rsidRPr="009D21D2">
        <w:rPr>
          <w:rFonts w:asciiTheme="majorHAnsi" w:hAnsiTheme="majorHAnsi" w:cstheme="majorHAnsi"/>
        </w:rPr>
        <w:t xml:space="preserve"> will </w:t>
      </w:r>
      <w:r>
        <w:rPr>
          <w:rFonts w:asciiTheme="majorHAnsi" w:hAnsiTheme="majorHAnsi" w:cstheme="majorHAnsi"/>
        </w:rPr>
        <w:t>aid in</w:t>
      </w:r>
      <w:r w:rsidR="009D21D2" w:rsidRPr="009D21D2">
        <w:rPr>
          <w:rFonts w:asciiTheme="majorHAnsi" w:hAnsiTheme="majorHAnsi" w:cstheme="majorHAnsi"/>
        </w:rPr>
        <w:t xml:space="preserve"> </w:t>
      </w:r>
      <w:r w:rsidR="009D21D2" w:rsidRPr="009D21D2">
        <w:rPr>
          <w:rFonts w:asciiTheme="majorHAnsi" w:hAnsiTheme="majorHAnsi" w:cstheme="majorHAnsi"/>
          <w:b/>
          <w:bCs/>
        </w:rPr>
        <w:t>family planning in East Africa</w:t>
      </w:r>
      <w:r w:rsidR="009D21D2" w:rsidRPr="009D21D2">
        <w:rPr>
          <w:rFonts w:asciiTheme="majorHAnsi" w:hAnsiTheme="majorHAnsi" w:cstheme="majorHAnsi"/>
        </w:rPr>
        <w:t xml:space="preserve"> by procuring </w:t>
      </w:r>
      <w:proofErr w:type="gramStart"/>
      <w:r w:rsidR="009D21D2" w:rsidRPr="009D21D2">
        <w:rPr>
          <w:rFonts w:asciiTheme="majorHAnsi" w:hAnsiTheme="majorHAnsi" w:cstheme="majorHAnsi"/>
          <w:b/>
          <w:bCs/>
        </w:rPr>
        <w:t>Long Acting</w:t>
      </w:r>
      <w:proofErr w:type="gramEnd"/>
      <w:r w:rsidR="009D21D2" w:rsidRPr="009D21D2">
        <w:rPr>
          <w:rFonts w:asciiTheme="majorHAnsi" w:hAnsiTheme="majorHAnsi" w:cstheme="majorHAnsi"/>
          <w:b/>
          <w:bCs/>
        </w:rPr>
        <w:t xml:space="preserve"> Reversible Contraceptives (implants)</w:t>
      </w:r>
      <w:r w:rsidR="009D21D2" w:rsidRPr="009D21D2">
        <w:rPr>
          <w:rFonts w:asciiTheme="majorHAnsi" w:hAnsiTheme="majorHAnsi" w:cstheme="majorHAnsi"/>
        </w:rPr>
        <w:t xml:space="preserve"> for not-for-profit health </w:t>
      </w:r>
      <w:proofErr w:type="spellStart"/>
      <w:r w:rsidR="009D21D2" w:rsidRPr="009D21D2">
        <w:rPr>
          <w:rFonts w:asciiTheme="majorHAnsi" w:hAnsiTheme="majorHAnsi" w:cstheme="majorHAnsi"/>
        </w:rPr>
        <w:t>organisations</w:t>
      </w:r>
      <w:proofErr w:type="spellEnd"/>
      <w:r w:rsidR="009D21D2" w:rsidRPr="009D21D2">
        <w:rPr>
          <w:rFonts w:asciiTheme="majorHAnsi" w:hAnsiTheme="majorHAnsi" w:cstheme="majorHAnsi"/>
        </w:rPr>
        <w:t xml:space="preserve"> and clinics serving vulnerable and disadvantaged communities. With global funding for family planning declining in many resource-constrained countries, contributions this year are especially impactful in ensuring women can access essential healthcare and plan for safer, healthier futures.</w:t>
      </w:r>
    </w:p>
    <w:p w14:paraId="56DBEE4B" w14:textId="2E99EA8B" w:rsidR="00B65B67" w:rsidRPr="004559F4" w:rsidRDefault="000C062C" w:rsidP="009B3651">
      <w:pPr>
        <w:pStyle w:val="Heading1"/>
        <w:numPr>
          <w:ilvl w:val="0"/>
          <w:numId w:val="18"/>
        </w:numPr>
        <w:rPr>
          <w:rFonts w:cstheme="majorHAnsi"/>
          <w:color w:val="17458F"/>
          <w:sz w:val="24"/>
          <w:szCs w:val="24"/>
        </w:rPr>
      </w:pPr>
      <w:bookmarkStart w:id="14" w:name="_Toc209604540"/>
      <w:r>
        <w:rPr>
          <w:rFonts w:cstheme="majorHAnsi"/>
          <w:color w:val="17458F"/>
          <w:sz w:val="24"/>
          <w:szCs w:val="24"/>
        </w:rPr>
        <w:t>How You Can Help</w:t>
      </w:r>
      <w:bookmarkEnd w:id="14"/>
    </w:p>
    <w:p w14:paraId="4E5190FB" w14:textId="4B64B3DC" w:rsidR="00B65B67" w:rsidRPr="004559F4" w:rsidRDefault="00B65B67" w:rsidP="0084630C">
      <w:pPr>
        <w:rPr>
          <w:rFonts w:asciiTheme="majorHAnsi" w:hAnsiTheme="majorHAnsi" w:cstheme="majorHAnsi"/>
        </w:rPr>
      </w:pPr>
      <w:r w:rsidRPr="004559F4">
        <w:rPr>
          <w:rFonts w:asciiTheme="majorHAnsi" w:hAnsiTheme="majorHAnsi" w:cstheme="majorHAnsi"/>
        </w:rPr>
        <w:t>Your support can save lives and transform futures. Donors can contribute through one-time gifts, recurring donations, or major philanthropic commitments. Beyond financial contributions, donors can engage by advocating for maternal health, raising awareness and partnering in program delivery. Every contribution, regardless of size, helps ensure mothers and children receive the care they need.</w:t>
      </w:r>
    </w:p>
    <w:p w14:paraId="2A33CFF1" w14:textId="64924810" w:rsidR="00B65B67" w:rsidRPr="004559F4" w:rsidRDefault="00B65B67" w:rsidP="009B3651">
      <w:pPr>
        <w:pStyle w:val="Heading1"/>
        <w:numPr>
          <w:ilvl w:val="0"/>
          <w:numId w:val="18"/>
        </w:numPr>
        <w:rPr>
          <w:rFonts w:cstheme="majorHAnsi"/>
          <w:color w:val="17458F"/>
          <w:sz w:val="24"/>
          <w:szCs w:val="24"/>
        </w:rPr>
      </w:pPr>
      <w:bookmarkStart w:id="15" w:name="_Toc209604541"/>
      <w:r w:rsidRPr="004559F4">
        <w:rPr>
          <w:rFonts w:cstheme="majorHAnsi"/>
          <w:color w:val="17458F"/>
          <w:sz w:val="24"/>
          <w:szCs w:val="24"/>
        </w:rPr>
        <w:t>Recognition and Stewardship</w:t>
      </w:r>
      <w:bookmarkEnd w:id="15"/>
    </w:p>
    <w:p w14:paraId="20BD1377" w14:textId="46EEE0A2" w:rsidR="00B65B67" w:rsidRPr="004559F4" w:rsidRDefault="00B65B67" w:rsidP="000B431A">
      <w:pPr>
        <w:rPr>
          <w:rFonts w:asciiTheme="majorHAnsi" w:hAnsiTheme="majorHAnsi" w:cstheme="majorHAnsi"/>
        </w:rPr>
      </w:pPr>
      <w:r w:rsidRPr="004559F4">
        <w:rPr>
          <w:rFonts w:asciiTheme="majorHAnsi" w:hAnsiTheme="majorHAnsi" w:cstheme="majorHAnsi"/>
        </w:rPr>
        <w:t>Donors will be acknowledged through Rotary’s recognition channels, regular updates and impact reports. Opportunities exist for naming rights, public acknowledgment, or private briefings on program progress. Transparency and appreciation remain core values, ensuring every donor feels connected to the outcomes they enable.</w:t>
      </w:r>
    </w:p>
    <w:p w14:paraId="10A07794" w14:textId="669078F0" w:rsidR="00B65B67" w:rsidRPr="004559F4" w:rsidRDefault="00B65B67" w:rsidP="009B3651">
      <w:pPr>
        <w:pStyle w:val="Heading1"/>
        <w:numPr>
          <w:ilvl w:val="0"/>
          <w:numId w:val="18"/>
        </w:numPr>
        <w:rPr>
          <w:rFonts w:cstheme="majorHAnsi"/>
          <w:color w:val="17458F"/>
          <w:sz w:val="24"/>
          <w:szCs w:val="24"/>
        </w:rPr>
      </w:pPr>
      <w:bookmarkStart w:id="16" w:name="_Toc209604542"/>
      <w:r w:rsidRPr="004559F4">
        <w:rPr>
          <w:rFonts w:cstheme="majorHAnsi"/>
          <w:color w:val="17458F"/>
          <w:sz w:val="24"/>
          <w:szCs w:val="24"/>
        </w:rPr>
        <w:t>Governance and Accountability</w:t>
      </w:r>
      <w:bookmarkEnd w:id="16"/>
    </w:p>
    <w:p w14:paraId="03D38D5C" w14:textId="0A434BF5" w:rsidR="00605A0D" w:rsidRPr="004559F4" w:rsidRDefault="002F4759" w:rsidP="000B431A">
      <w:pPr>
        <w:rPr>
          <w:rFonts w:asciiTheme="majorHAnsi" w:hAnsiTheme="majorHAnsi" w:cstheme="majorHAnsi"/>
        </w:rPr>
      </w:pPr>
      <w:r w:rsidRPr="002F4759">
        <w:rPr>
          <w:rFonts w:asciiTheme="majorHAnsi" w:hAnsiTheme="majorHAnsi" w:cstheme="majorHAnsi"/>
        </w:rPr>
        <w:t xml:space="preserve">The project is managed under RAWCS with oversight from Rotary clubs and strict governance processes. Funds are safeguarded through regular audits, 6-monthly partner reports, and transparent evaluation. RAWCS is fully registered with </w:t>
      </w:r>
      <w:r w:rsidRPr="002F4759">
        <w:rPr>
          <w:rFonts w:asciiTheme="majorHAnsi" w:hAnsiTheme="majorHAnsi" w:cstheme="majorHAnsi"/>
          <w:b/>
          <w:bCs/>
        </w:rPr>
        <w:t>ACNC, ACFID, ATO, ASIC, and DFAT</w:t>
      </w:r>
      <w:r w:rsidRPr="002F4759">
        <w:rPr>
          <w:rFonts w:asciiTheme="majorHAnsi" w:hAnsiTheme="majorHAnsi" w:cstheme="majorHAnsi"/>
        </w:rPr>
        <w:t>, ensuring compliance with Australia’s highest standards of governance and accountability.</w:t>
      </w:r>
    </w:p>
    <w:p w14:paraId="349CFFAF" w14:textId="2DF1C499" w:rsidR="00465FFC" w:rsidRPr="004559F4" w:rsidRDefault="00465FFC" w:rsidP="009B3651">
      <w:pPr>
        <w:pStyle w:val="Heading1"/>
        <w:numPr>
          <w:ilvl w:val="0"/>
          <w:numId w:val="18"/>
        </w:numPr>
        <w:rPr>
          <w:rFonts w:cstheme="majorHAnsi"/>
          <w:color w:val="17458F"/>
          <w:sz w:val="24"/>
          <w:szCs w:val="24"/>
        </w:rPr>
      </w:pPr>
      <w:bookmarkStart w:id="17" w:name="_Toc209604543"/>
      <w:r w:rsidRPr="004559F4">
        <w:rPr>
          <w:rFonts w:cstheme="majorHAnsi"/>
          <w:color w:val="17458F"/>
          <w:sz w:val="24"/>
          <w:szCs w:val="24"/>
        </w:rPr>
        <w:t>Donat</w:t>
      </w:r>
      <w:r w:rsidR="00E6175D">
        <w:rPr>
          <w:rFonts w:cstheme="majorHAnsi"/>
          <w:color w:val="17458F"/>
          <w:sz w:val="24"/>
          <w:szCs w:val="24"/>
        </w:rPr>
        <w:t>ion Link</w:t>
      </w:r>
      <w:bookmarkEnd w:id="17"/>
    </w:p>
    <w:p w14:paraId="22F1607A" w14:textId="74ECBEA7" w:rsidR="00E6175D" w:rsidRPr="00E6175D" w:rsidRDefault="00E6175D" w:rsidP="00E6175D">
      <w:pPr>
        <w:rPr>
          <w:rFonts w:asciiTheme="majorHAnsi" w:hAnsiTheme="majorHAnsi" w:cstheme="majorHAnsi"/>
        </w:rPr>
      </w:pPr>
      <w:hyperlink r:id="rId46" w:history="1">
        <w:r w:rsidRPr="00E6175D">
          <w:rPr>
            <w:rStyle w:val="Hyperlink"/>
            <w:rFonts w:asciiTheme="majorHAnsi" w:hAnsiTheme="majorHAnsi" w:cstheme="majorHAnsi"/>
          </w:rPr>
          <w:t>https://directory.rawcs.com.au/17-2014-15</w:t>
        </w:r>
      </w:hyperlink>
    </w:p>
    <w:p w14:paraId="272CCCEE" w14:textId="5F7FAAFF" w:rsidR="00465FFC" w:rsidRPr="004559F4" w:rsidRDefault="002D6A5A" w:rsidP="009B3651">
      <w:pPr>
        <w:pStyle w:val="Heading1"/>
        <w:numPr>
          <w:ilvl w:val="0"/>
          <w:numId w:val="18"/>
        </w:numPr>
        <w:rPr>
          <w:rFonts w:cstheme="majorHAnsi"/>
          <w:color w:val="17458F"/>
          <w:sz w:val="24"/>
          <w:szCs w:val="24"/>
        </w:rPr>
      </w:pPr>
      <w:bookmarkStart w:id="18" w:name="_Toc209604545"/>
      <w:r w:rsidRPr="001D5163">
        <w:rPr>
          <w:rFonts w:cstheme="majorHAnsi"/>
          <w:noProof/>
          <w:lang w:val="en-AU"/>
        </w:rPr>
        <w:drawing>
          <wp:anchor distT="0" distB="0" distL="114300" distR="114300" simplePos="0" relativeHeight="251645440" behindDoc="0" locked="0" layoutInCell="1" allowOverlap="1" wp14:anchorId="2E91184A" wp14:editId="458A5EAE">
            <wp:simplePos x="0" y="0"/>
            <wp:positionH relativeFrom="column">
              <wp:posOffset>4382135</wp:posOffset>
            </wp:positionH>
            <wp:positionV relativeFrom="paragraph">
              <wp:posOffset>1087971</wp:posOffset>
            </wp:positionV>
            <wp:extent cx="1104181" cy="1104181"/>
            <wp:effectExtent l="0" t="0" r="1270" b="1270"/>
            <wp:wrapNone/>
            <wp:docPr id="719512071" name="Picture 19" descr="A qr code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798560" name="Picture 19" descr="A qr code with a white background&#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04181" cy="1104181"/>
                    </a:xfrm>
                    <a:prstGeom prst="rect">
                      <a:avLst/>
                    </a:prstGeom>
                    <a:noFill/>
                    <a:ln>
                      <a:noFill/>
                    </a:ln>
                  </pic:spPr>
                </pic:pic>
              </a:graphicData>
            </a:graphic>
          </wp:anchor>
        </w:drawing>
      </w:r>
      <w:r w:rsidR="00465FFC" w:rsidRPr="004559F4">
        <w:rPr>
          <w:rFonts w:cstheme="majorHAnsi"/>
          <w:color w:val="17458F"/>
          <w:sz w:val="24"/>
          <w:szCs w:val="24"/>
        </w:rPr>
        <w:t>Contact Details</w:t>
      </w:r>
      <w:bookmarkEnd w:id="18"/>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25"/>
        <w:gridCol w:w="4266"/>
      </w:tblGrid>
      <w:tr w:rsidR="000524D2" w:rsidRPr="000524D2" w14:paraId="52B2D01A" w14:textId="77777777">
        <w:trPr>
          <w:tblCellSpacing w:w="15" w:type="dxa"/>
        </w:trPr>
        <w:tc>
          <w:tcPr>
            <w:tcW w:w="0" w:type="auto"/>
            <w:hideMark/>
          </w:tcPr>
          <w:p w14:paraId="2BDC6B2C" w14:textId="77777777" w:rsidR="000524D2" w:rsidRPr="000524D2" w:rsidRDefault="000524D2" w:rsidP="000B431A">
            <w:pPr>
              <w:rPr>
                <w:rFonts w:asciiTheme="majorHAnsi" w:hAnsiTheme="majorHAnsi" w:cstheme="majorHAnsi"/>
              </w:rPr>
            </w:pPr>
            <w:r w:rsidRPr="000524D2">
              <w:rPr>
                <w:rFonts w:asciiTheme="majorHAnsi" w:hAnsiTheme="majorHAnsi" w:cstheme="majorHAnsi"/>
              </w:rPr>
              <w:t>Project number:</w:t>
            </w:r>
          </w:p>
        </w:tc>
        <w:tc>
          <w:tcPr>
            <w:tcW w:w="0" w:type="auto"/>
            <w:tcMar>
              <w:top w:w="15" w:type="dxa"/>
              <w:left w:w="300" w:type="dxa"/>
              <w:bottom w:w="15" w:type="dxa"/>
              <w:right w:w="15" w:type="dxa"/>
            </w:tcMar>
            <w:hideMark/>
          </w:tcPr>
          <w:p w14:paraId="420847AF" w14:textId="77777777" w:rsidR="000524D2" w:rsidRPr="000524D2" w:rsidRDefault="000524D2" w:rsidP="000B431A">
            <w:pPr>
              <w:rPr>
                <w:rFonts w:asciiTheme="majorHAnsi" w:hAnsiTheme="majorHAnsi" w:cstheme="majorHAnsi"/>
              </w:rPr>
            </w:pPr>
            <w:r w:rsidRPr="000524D2">
              <w:rPr>
                <w:rFonts w:asciiTheme="majorHAnsi" w:hAnsiTheme="majorHAnsi" w:cstheme="majorHAnsi"/>
              </w:rPr>
              <w:t>17 of 2014-15</w:t>
            </w:r>
          </w:p>
        </w:tc>
      </w:tr>
      <w:tr w:rsidR="000524D2" w:rsidRPr="000524D2" w14:paraId="04DC8CF2" w14:textId="77777777">
        <w:trPr>
          <w:tblCellSpacing w:w="15" w:type="dxa"/>
        </w:trPr>
        <w:tc>
          <w:tcPr>
            <w:tcW w:w="0" w:type="auto"/>
            <w:hideMark/>
          </w:tcPr>
          <w:p w14:paraId="30E652E2" w14:textId="77777777" w:rsidR="000524D2" w:rsidRPr="000524D2" w:rsidRDefault="000524D2" w:rsidP="000B431A">
            <w:pPr>
              <w:rPr>
                <w:rFonts w:asciiTheme="majorHAnsi" w:hAnsiTheme="majorHAnsi" w:cstheme="majorHAnsi"/>
              </w:rPr>
            </w:pPr>
            <w:r w:rsidRPr="000524D2">
              <w:rPr>
                <w:rFonts w:asciiTheme="majorHAnsi" w:hAnsiTheme="majorHAnsi" w:cstheme="majorHAnsi"/>
              </w:rPr>
              <w:t>Manager:</w:t>
            </w:r>
          </w:p>
        </w:tc>
        <w:tc>
          <w:tcPr>
            <w:tcW w:w="0" w:type="auto"/>
            <w:tcMar>
              <w:top w:w="15" w:type="dxa"/>
              <w:left w:w="300" w:type="dxa"/>
              <w:bottom w:w="15" w:type="dxa"/>
              <w:right w:w="15" w:type="dxa"/>
            </w:tcMar>
            <w:hideMark/>
          </w:tcPr>
          <w:p w14:paraId="0F066EFD" w14:textId="77777777" w:rsidR="000524D2" w:rsidRPr="000524D2" w:rsidRDefault="000524D2" w:rsidP="000B431A">
            <w:pPr>
              <w:rPr>
                <w:rFonts w:asciiTheme="majorHAnsi" w:hAnsiTheme="majorHAnsi" w:cstheme="majorHAnsi"/>
              </w:rPr>
            </w:pPr>
            <w:r w:rsidRPr="000524D2">
              <w:rPr>
                <w:rFonts w:asciiTheme="majorHAnsi" w:hAnsiTheme="majorHAnsi" w:cstheme="majorHAnsi"/>
              </w:rPr>
              <w:t>Rtn Marnie Rickards</w:t>
            </w:r>
            <w:r w:rsidRPr="000524D2">
              <w:rPr>
                <w:rFonts w:asciiTheme="majorHAnsi" w:hAnsiTheme="majorHAnsi" w:cstheme="majorHAnsi"/>
              </w:rPr>
              <w:br/>
              <w:t>(M) </w:t>
            </w:r>
            <w:hyperlink r:id="rId47" w:history="1">
              <w:r w:rsidRPr="000524D2">
                <w:rPr>
                  <w:rFonts w:asciiTheme="majorHAnsi" w:hAnsiTheme="majorHAnsi" w:cstheme="majorHAnsi"/>
                </w:rPr>
                <w:t>0417 431 054</w:t>
              </w:r>
            </w:hyperlink>
            <w:r w:rsidRPr="000524D2">
              <w:rPr>
                <w:rFonts w:asciiTheme="majorHAnsi" w:hAnsiTheme="majorHAnsi" w:cstheme="majorHAnsi"/>
              </w:rPr>
              <w:br/>
              <w:t>Email: </w:t>
            </w:r>
            <w:hyperlink r:id="rId48" w:history="1">
              <w:r w:rsidRPr="000524D2">
                <w:rPr>
                  <w:rFonts w:asciiTheme="majorHAnsi" w:hAnsiTheme="majorHAnsi" w:cstheme="majorHAnsi"/>
                </w:rPr>
                <w:t>marnie@dak.org.au</w:t>
              </w:r>
            </w:hyperlink>
          </w:p>
        </w:tc>
      </w:tr>
      <w:tr w:rsidR="000524D2" w:rsidRPr="000524D2" w14:paraId="44978319" w14:textId="77777777">
        <w:trPr>
          <w:tblCellSpacing w:w="15" w:type="dxa"/>
        </w:trPr>
        <w:tc>
          <w:tcPr>
            <w:tcW w:w="0" w:type="auto"/>
            <w:hideMark/>
          </w:tcPr>
          <w:p w14:paraId="1C17D9C3" w14:textId="77777777" w:rsidR="000524D2" w:rsidRPr="000524D2" w:rsidRDefault="000524D2" w:rsidP="000B431A">
            <w:pPr>
              <w:rPr>
                <w:rFonts w:asciiTheme="majorHAnsi" w:hAnsiTheme="majorHAnsi" w:cstheme="majorHAnsi"/>
              </w:rPr>
            </w:pPr>
            <w:r w:rsidRPr="000524D2">
              <w:rPr>
                <w:rFonts w:asciiTheme="majorHAnsi" w:hAnsiTheme="majorHAnsi" w:cstheme="majorHAnsi"/>
              </w:rPr>
              <w:t>Deputy manager:</w:t>
            </w:r>
          </w:p>
        </w:tc>
        <w:tc>
          <w:tcPr>
            <w:tcW w:w="0" w:type="auto"/>
            <w:tcMar>
              <w:top w:w="15" w:type="dxa"/>
              <w:left w:w="300" w:type="dxa"/>
              <w:bottom w:w="15" w:type="dxa"/>
              <w:right w:w="15" w:type="dxa"/>
            </w:tcMar>
            <w:hideMark/>
          </w:tcPr>
          <w:p w14:paraId="5A09CA02" w14:textId="335D3D10" w:rsidR="000524D2" w:rsidRPr="000524D2" w:rsidRDefault="000524D2" w:rsidP="000B431A">
            <w:pPr>
              <w:rPr>
                <w:rFonts w:asciiTheme="majorHAnsi" w:hAnsiTheme="majorHAnsi" w:cstheme="majorHAnsi"/>
              </w:rPr>
            </w:pPr>
            <w:r w:rsidRPr="000524D2">
              <w:rPr>
                <w:rFonts w:asciiTheme="majorHAnsi" w:hAnsiTheme="majorHAnsi" w:cstheme="majorHAnsi"/>
              </w:rPr>
              <w:t>PP Sue Huntley</w:t>
            </w:r>
            <w:r w:rsidRPr="000524D2">
              <w:rPr>
                <w:rFonts w:asciiTheme="majorHAnsi" w:hAnsiTheme="majorHAnsi" w:cstheme="majorHAnsi"/>
              </w:rPr>
              <w:br/>
              <w:t>(M) </w:t>
            </w:r>
            <w:hyperlink r:id="rId49" w:history="1">
              <w:r w:rsidRPr="000524D2">
                <w:rPr>
                  <w:rFonts w:asciiTheme="majorHAnsi" w:hAnsiTheme="majorHAnsi" w:cstheme="majorHAnsi"/>
                </w:rPr>
                <w:t>0437 345 041</w:t>
              </w:r>
            </w:hyperlink>
            <w:r w:rsidRPr="000524D2">
              <w:rPr>
                <w:rFonts w:asciiTheme="majorHAnsi" w:hAnsiTheme="majorHAnsi" w:cstheme="majorHAnsi"/>
              </w:rPr>
              <w:br/>
              <w:t>Email: </w:t>
            </w:r>
            <w:hyperlink r:id="rId50" w:history="1">
              <w:r w:rsidRPr="000524D2">
                <w:rPr>
                  <w:rFonts w:asciiTheme="majorHAnsi" w:hAnsiTheme="majorHAnsi" w:cstheme="majorHAnsi"/>
                </w:rPr>
                <w:t>sue.backupwhenneeded@gmail.com</w:t>
              </w:r>
            </w:hyperlink>
          </w:p>
        </w:tc>
      </w:tr>
    </w:tbl>
    <w:p w14:paraId="061880BC" w14:textId="14D5874A" w:rsidR="00993903" w:rsidRDefault="00993903" w:rsidP="007918A6">
      <w:pPr>
        <w:rPr>
          <w:rFonts w:asciiTheme="majorHAnsi" w:hAnsiTheme="majorHAnsi" w:cstheme="majorHAnsi"/>
        </w:rPr>
      </w:pPr>
    </w:p>
    <w:p w14:paraId="5EB3E23F" w14:textId="32E2A2E1" w:rsidR="00993903" w:rsidRDefault="00993903">
      <w:pPr>
        <w:rPr>
          <w:rFonts w:asciiTheme="majorHAnsi" w:hAnsiTheme="majorHAnsi" w:cstheme="majorHAnsi"/>
        </w:rPr>
      </w:pPr>
      <w:r>
        <w:rPr>
          <w:rFonts w:asciiTheme="majorHAnsi" w:hAnsiTheme="majorHAnsi" w:cstheme="majorHAnsi"/>
        </w:rPr>
        <w:br w:type="page"/>
      </w:r>
    </w:p>
    <w:p w14:paraId="3329FC21" w14:textId="72AD36BE" w:rsidR="00E32C58" w:rsidRPr="004559F4" w:rsidRDefault="00E32C58" w:rsidP="00E32C58">
      <w:pPr>
        <w:pStyle w:val="Heading1"/>
        <w:numPr>
          <w:ilvl w:val="0"/>
          <w:numId w:val="18"/>
        </w:numPr>
        <w:tabs>
          <w:tab w:val="num" w:pos="360"/>
        </w:tabs>
        <w:rPr>
          <w:rFonts w:cstheme="majorHAnsi"/>
          <w:color w:val="17458F"/>
          <w:sz w:val="24"/>
          <w:szCs w:val="24"/>
        </w:rPr>
      </w:pPr>
      <w:r>
        <w:rPr>
          <w:noProof/>
        </w:rPr>
        <w:drawing>
          <wp:anchor distT="0" distB="0" distL="114300" distR="114300" simplePos="0" relativeHeight="251675136" behindDoc="0" locked="0" layoutInCell="1" allowOverlap="1" wp14:anchorId="72B9B288" wp14:editId="00071518">
            <wp:simplePos x="0" y="0"/>
            <wp:positionH relativeFrom="column">
              <wp:posOffset>5715</wp:posOffset>
            </wp:positionH>
            <wp:positionV relativeFrom="paragraph">
              <wp:posOffset>4192270</wp:posOffset>
            </wp:positionV>
            <wp:extent cx="5251450" cy="3937000"/>
            <wp:effectExtent l="0" t="0" r="6350" b="6350"/>
            <wp:wrapSquare wrapText="bothSides"/>
            <wp:docPr id="600742043" name="Picture 23" descr="A group of people wearing surgical masks and scrub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742043" name="Picture 23" descr="A group of people wearing surgical masks and scrubs&#10;&#10;AI-generated content may be incorrect."/>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251450" cy="3937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8992" behindDoc="0" locked="0" layoutInCell="1" allowOverlap="1" wp14:anchorId="5208D1D1" wp14:editId="5A6FDA8F">
            <wp:simplePos x="0" y="0"/>
            <wp:positionH relativeFrom="column">
              <wp:posOffset>5715</wp:posOffset>
            </wp:positionH>
            <wp:positionV relativeFrom="paragraph">
              <wp:posOffset>250825</wp:posOffset>
            </wp:positionV>
            <wp:extent cx="5251450" cy="3943350"/>
            <wp:effectExtent l="0" t="0" r="6350" b="0"/>
            <wp:wrapSquare wrapText="bothSides"/>
            <wp:docPr id="1180958604" name="Picture 21" descr="A group of people around a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958604" name="Picture 21" descr="A group of people around a person&#10;&#10;AI-generated content may be incorrect."/>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251450" cy="39433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ajorHAnsi"/>
          <w:color w:val="17458F"/>
          <w:sz w:val="24"/>
          <w:szCs w:val="24"/>
        </w:rPr>
        <w:t>Annex</w:t>
      </w:r>
    </w:p>
    <w:p w14:paraId="4B04DE6B" w14:textId="4157BCAC" w:rsidR="00E32C58" w:rsidRDefault="00E32C58" w:rsidP="007918A6">
      <w:pPr>
        <w:rPr>
          <w:rFonts w:asciiTheme="majorHAnsi" w:hAnsiTheme="majorHAnsi" w:cstheme="majorHAnsi"/>
        </w:rPr>
      </w:pPr>
    </w:p>
    <w:p w14:paraId="5DEDE4AE" w14:textId="77777777" w:rsidR="00E32C58" w:rsidRDefault="00E32C58">
      <w:pPr>
        <w:rPr>
          <w:rFonts w:asciiTheme="majorHAnsi" w:hAnsiTheme="majorHAnsi" w:cstheme="majorHAnsi"/>
        </w:rPr>
      </w:pPr>
      <w:r>
        <w:rPr>
          <w:rFonts w:asciiTheme="majorHAnsi" w:hAnsiTheme="majorHAnsi" w:cstheme="majorHAnsi"/>
        </w:rPr>
        <w:br w:type="page"/>
      </w:r>
    </w:p>
    <w:p w14:paraId="2DD78D62" w14:textId="5471FA1E" w:rsidR="00F74826" w:rsidRDefault="009B446A" w:rsidP="007918A6">
      <w:pPr>
        <w:rPr>
          <w:rFonts w:asciiTheme="majorHAnsi" w:hAnsiTheme="majorHAnsi" w:cstheme="majorHAnsi"/>
        </w:rPr>
      </w:pPr>
      <w:r>
        <w:rPr>
          <w:noProof/>
        </w:rPr>
        <w:drawing>
          <wp:anchor distT="0" distB="0" distL="114300" distR="114300" simplePos="0" relativeHeight="251673088" behindDoc="0" locked="0" layoutInCell="1" allowOverlap="1" wp14:anchorId="7D0555D2" wp14:editId="2AC0F2D1">
            <wp:simplePos x="0" y="0"/>
            <wp:positionH relativeFrom="column">
              <wp:posOffset>-13970</wp:posOffset>
            </wp:positionH>
            <wp:positionV relativeFrom="paragraph">
              <wp:posOffset>4249420</wp:posOffset>
            </wp:positionV>
            <wp:extent cx="5310505" cy="3980180"/>
            <wp:effectExtent l="0" t="0" r="4445" b="1270"/>
            <wp:wrapSquare wrapText="bothSides"/>
            <wp:docPr id="2056407378" name="Picture 25" descr="A person holding a bab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407378" name="Picture 25" descr="A person holding a baby&#10;&#10;AI-generated content may be incorrect."/>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310505" cy="3980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32C58">
        <w:rPr>
          <w:noProof/>
        </w:rPr>
        <w:drawing>
          <wp:anchor distT="0" distB="0" distL="114300" distR="114300" simplePos="0" relativeHeight="251674112" behindDoc="0" locked="0" layoutInCell="1" allowOverlap="1" wp14:anchorId="35E1E815" wp14:editId="42062004">
            <wp:simplePos x="0" y="0"/>
            <wp:positionH relativeFrom="column">
              <wp:posOffset>-19050</wp:posOffset>
            </wp:positionH>
            <wp:positionV relativeFrom="paragraph">
              <wp:posOffset>262890</wp:posOffset>
            </wp:positionV>
            <wp:extent cx="5306060" cy="3978275"/>
            <wp:effectExtent l="0" t="0" r="8890" b="3175"/>
            <wp:wrapSquare wrapText="bothSides"/>
            <wp:docPr id="1785365009" name="Picture 22" descr="A group of women wearing aprons and head scar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365009" name="Picture 22" descr="A group of women wearing aprons and head scarves&#10;&#10;AI-generated content may be incorrect."/>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06060" cy="397827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F74826" w:rsidSect="00B61826">
      <w:type w:val="continuous"/>
      <w:pgSz w:w="11906" w:h="16838" w:code="9"/>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230A3" w14:textId="77777777" w:rsidR="00E37EC6" w:rsidRDefault="00E37EC6">
      <w:pPr>
        <w:spacing w:after="0" w:line="240" w:lineRule="auto"/>
      </w:pPr>
      <w:r>
        <w:separator/>
      </w:r>
    </w:p>
  </w:endnote>
  <w:endnote w:type="continuationSeparator" w:id="0">
    <w:p w14:paraId="028CDAE6" w14:textId="77777777" w:rsidR="00E37EC6" w:rsidRDefault="00E37E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95780577"/>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2D0E2856" w14:textId="77777777" w:rsidR="00DD1566" w:rsidRPr="006E488B" w:rsidRDefault="00DD1566" w:rsidP="00C25534">
            <w:pPr>
              <w:pStyle w:val="Footer"/>
              <w:rPr>
                <w:sz w:val="16"/>
                <w:szCs w:val="16"/>
              </w:rPr>
            </w:pPr>
            <w:r>
              <w:rPr>
                <w:sz w:val="16"/>
                <w:szCs w:val="16"/>
              </w:rPr>
              <w:t>RACG Case for Support</w:t>
            </w:r>
            <w:r w:rsidRPr="006E488B">
              <w:rPr>
                <w:sz w:val="16"/>
                <w:szCs w:val="16"/>
              </w:rPr>
              <w:t xml:space="preserve"> – Strictly Confidential                                                                                                     </w:t>
            </w:r>
            <w:r>
              <w:rPr>
                <w:sz w:val="16"/>
                <w:szCs w:val="16"/>
              </w:rPr>
              <w:t xml:space="preserve">                                                     </w:t>
            </w:r>
            <w:r w:rsidRPr="006E488B">
              <w:rPr>
                <w:sz w:val="16"/>
                <w:szCs w:val="16"/>
              </w:rPr>
              <w:t xml:space="preserve">        Page </w:t>
            </w:r>
            <w:r w:rsidRPr="006E488B">
              <w:rPr>
                <w:sz w:val="16"/>
                <w:szCs w:val="16"/>
              </w:rPr>
              <w:fldChar w:fldCharType="begin"/>
            </w:r>
            <w:r w:rsidRPr="006E488B">
              <w:rPr>
                <w:sz w:val="16"/>
                <w:szCs w:val="16"/>
              </w:rPr>
              <w:instrText xml:space="preserve"> PAGE </w:instrText>
            </w:r>
            <w:r w:rsidRPr="006E488B">
              <w:rPr>
                <w:sz w:val="16"/>
                <w:szCs w:val="16"/>
              </w:rPr>
              <w:fldChar w:fldCharType="separate"/>
            </w:r>
            <w:r w:rsidRPr="006E488B">
              <w:rPr>
                <w:sz w:val="16"/>
                <w:szCs w:val="16"/>
              </w:rPr>
              <w:t>2</w:t>
            </w:r>
            <w:r w:rsidRPr="006E488B">
              <w:rPr>
                <w:sz w:val="16"/>
                <w:szCs w:val="16"/>
              </w:rPr>
              <w:fldChar w:fldCharType="end"/>
            </w:r>
            <w:r w:rsidRPr="006E488B">
              <w:rPr>
                <w:sz w:val="16"/>
                <w:szCs w:val="16"/>
              </w:rPr>
              <w:t xml:space="preserve"> of </w:t>
            </w:r>
            <w:r w:rsidRPr="006E488B">
              <w:rPr>
                <w:sz w:val="16"/>
                <w:szCs w:val="16"/>
              </w:rPr>
              <w:fldChar w:fldCharType="begin"/>
            </w:r>
            <w:r w:rsidRPr="006E488B">
              <w:rPr>
                <w:sz w:val="16"/>
                <w:szCs w:val="16"/>
              </w:rPr>
              <w:instrText xml:space="preserve"> NUMPAGES  </w:instrText>
            </w:r>
            <w:r w:rsidRPr="006E488B">
              <w:rPr>
                <w:sz w:val="16"/>
                <w:szCs w:val="16"/>
              </w:rPr>
              <w:fldChar w:fldCharType="separate"/>
            </w:r>
            <w:r w:rsidRPr="006E488B">
              <w:rPr>
                <w:sz w:val="16"/>
                <w:szCs w:val="16"/>
              </w:rPr>
              <w:t>2</w:t>
            </w:r>
            <w:r w:rsidRPr="006E488B">
              <w:rPr>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C69C7" w14:textId="77777777" w:rsidR="00E37EC6" w:rsidRDefault="00E37EC6">
      <w:pPr>
        <w:spacing w:after="0" w:line="240" w:lineRule="auto"/>
      </w:pPr>
      <w:r>
        <w:separator/>
      </w:r>
    </w:p>
  </w:footnote>
  <w:footnote w:type="continuationSeparator" w:id="0">
    <w:p w14:paraId="1ED221A1" w14:textId="77777777" w:rsidR="00E37EC6" w:rsidRDefault="00E37EC6">
      <w:pPr>
        <w:spacing w:after="0" w:line="240" w:lineRule="auto"/>
      </w:pPr>
      <w:r>
        <w:continuationSeparator/>
      </w:r>
    </w:p>
  </w:footnote>
  <w:footnote w:id="1">
    <w:p w14:paraId="22D5BD7C" w14:textId="073626C3" w:rsidR="00CC72C4" w:rsidRPr="00CC72C4" w:rsidRDefault="00CC72C4">
      <w:pPr>
        <w:pStyle w:val="FootnoteText"/>
        <w:rPr>
          <w:lang w:val="en-AU"/>
        </w:rPr>
      </w:pPr>
      <w:r>
        <w:rPr>
          <w:rStyle w:val="FootnoteReference"/>
        </w:rPr>
        <w:footnoteRef/>
      </w:r>
      <w:r>
        <w:t xml:space="preserve"> </w:t>
      </w:r>
      <w:r w:rsidRPr="00CC72C4">
        <w:t>https://www.who.int/news-room/fact-sheets/detail/maternal-mortality?</w:t>
      </w:r>
    </w:p>
  </w:footnote>
  <w:footnote w:id="2">
    <w:p w14:paraId="756EA632" w14:textId="77777777" w:rsidR="00F53648" w:rsidRPr="00CC72C4" w:rsidRDefault="00F53648" w:rsidP="00F53648">
      <w:pPr>
        <w:pStyle w:val="FootnoteText"/>
        <w:rPr>
          <w:lang w:val="en-AU"/>
        </w:rPr>
      </w:pPr>
      <w:r>
        <w:rPr>
          <w:rStyle w:val="FootnoteReference"/>
        </w:rPr>
        <w:footnoteRef/>
      </w:r>
      <w:r>
        <w:t xml:space="preserve"> </w:t>
      </w:r>
      <w:r w:rsidRPr="00CC72C4">
        <w:t>https://www.who.int/news-room/fact-sheets/detail/maternal-mortality?</w:t>
      </w:r>
    </w:p>
  </w:footnote>
  <w:footnote w:id="3">
    <w:p w14:paraId="137F8DF7" w14:textId="77777777" w:rsidR="00142228" w:rsidRPr="00142228" w:rsidRDefault="00142228" w:rsidP="00142228">
      <w:pPr>
        <w:pStyle w:val="FootnoteText"/>
        <w:rPr>
          <w:lang w:val="en-AU"/>
        </w:rPr>
      </w:pPr>
      <w:r>
        <w:rPr>
          <w:rStyle w:val="FootnoteReference"/>
        </w:rPr>
        <w:footnoteRef/>
      </w:r>
      <w:r>
        <w:t xml:space="preserve"> </w:t>
      </w:r>
      <w:r w:rsidRPr="00142228">
        <w:t>https://data.unicef.org/topic/maternal-health/maternal-mortality/?</w:t>
      </w:r>
    </w:p>
  </w:footnote>
  <w:footnote w:id="4">
    <w:p w14:paraId="74D4E90D" w14:textId="77777777" w:rsidR="00F53648" w:rsidRPr="00CC72C4" w:rsidRDefault="00F53648" w:rsidP="00F53648">
      <w:pPr>
        <w:pStyle w:val="FootnoteText"/>
        <w:rPr>
          <w:lang w:val="en-AU"/>
        </w:rPr>
      </w:pPr>
      <w:r>
        <w:rPr>
          <w:rStyle w:val="FootnoteReference"/>
        </w:rPr>
        <w:footnoteRef/>
      </w:r>
      <w:r>
        <w:t xml:space="preserve"> </w:t>
      </w:r>
      <w:r w:rsidRPr="00CC72C4">
        <w:t>https://www.who.int/news-room/fact-sheets/detail/maternal-mortality?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A29EB" w14:textId="02085879" w:rsidR="00DD1566" w:rsidRPr="00D115C9" w:rsidRDefault="00AB286A" w:rsidP="00D115C9">
    <w:pPr>
      <w:pStyle w:val="Header"/>
      <w:jc w:val="right"/>
      <w:rPr>
        <w:b/>
        <w:bCs/>
        <w:color w:val="365F91" w:themeColor="accent1" w:themeShade="BF"/>
      </w:rPr>
    </w:pPr>
    <w:r>
      <w:rPr>
        <w:noProof/>
      </w:rPr>
      <w:drawing>
        <wp:inline distT="0" distB="0" distL="0" distR="0" wp14:anchorId="1536BEC0" wp14:editId="70408658">
          <wp:extent cx="2081684" cy="401163"/>
          <wp:effectExtent l="0" t="0" r="0" b="0"/>
          <wp:docPr id="1928862843" name="Picture 18" descr="A colorful logo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273817" name="Picture 18" descr="A colorful logo on a black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531" cy="417321"/>
                  </a:xfrm>
                  <a:prstGeom prst="rect">
                    <a:avLst/>
                  </a:prstGeom>
                  <a:noFill/>
                  <a:ln>
                    <a:noFill/>
                  </a:ln>
                </pic:spPr>
              </pic:pic>
            </a:graphicData>
          </a:graphic>
        </wp:inline>
      </w:drawing>
    </w:r>
    <w:r w:rsidR="00DD1566" w:rsidRPr="00443C1B">
      <w:rPr>
        <w:color w:val="006C66"/>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4DD3D67"/>
    <w:multiLevelType w:val="hybridMultilevel"/>
    <w:tmpl w:val="D3641EA8"/>
    <w:lvl w:ilvl="0" w:tplc="0C09000F">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0CA67C54"/>
    <w:multiLevelType w:val="hybridMultilevel"/>
    <w:tmpl w:val="E0C69118"/>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07B445A"/>
    <w:multiLevelType w:val="hybridMultilevel"/>
    <w:tmpl w:val="C59A4000"/>
    <w:lvl w:ilvl="0" w:tplc="0C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E8E4324"/>
    <w:multiLevelType w:val="hybridMultilevel"/>
    <w:tmpl w:val="5D34FBF8"/>
    <w:lvl w:ilvl="0" w:tplc="EE9C7820">
      <w:start w:val="1"/>
      <w:numFmt w:val="lowerLetter"/>
      <w:lvlText w:val="%1)"/>
      <w:lvlJc w:val="left"/>
      <w:pPr>
        <w:ind w:left="360" w:hanging="360"/>
      </w:pPr>
      <w:rPr>
        <w:rFonts w:hint="default"/>
        <w:b/>
        <w:bCs/>
        <w:color w:val="1F497D" w:themeColor="text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33201F61"/>
    <w:multiLevelType w:val="hybridMultilevel"/>
    <w:tmpl w:val="2CCE602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52E01E72"/>
    <w:multiLevelType w:val="multilevel"/>
    <w:tmpl w:val="818A2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7E125F2"/>
    <w:multiLevelType w:val="hybridMultilevel"/>
    <w:tmpl w:val="CE400618"/>
    <w:lvl w:ilvl="0" w:tplc="22544BD6">
      <w:start w:val="1"/>
      <w:numFmt w:val="lowerLetter"/>
      <w:lvlText w:val="%1)"/>
      <w:lvlJc w:val="left"/>
      <w:pPr>
        <w:ind w:left="360" w:hanging="360"/>
      </w:pPr>
      <w:rPr>
        <w:rFonts w:hint="default"/>
        <w:b/>
        <w:bCs/>
        <w:color w:val="1F497D" w:themeColor="text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EA45612"/>
    <w:multiLevelType w:val="hybridMultilevel"/>
    <w:tmpl w:val="BAF6F046"/>
    <w:lvl w:ilvl="0" w:tplc="4DEA61D4">
      <w:start w:val="1"/>
      <w:numFmt w:val="decimal"/>
      <w:lvlText w:val="%1."/>
      <w:lvlJc w:val="left"/>
      <w:pPr>
        <w:ind w:left="360" w:hanging="360"/>
      </w:pPr>
      <w:rPr>
        <w:rFonts w:hint="default"/>
        <w:color w:val="FFC000"/>
        <w:sz w:val="32"/>
        <w:szCs w:val="3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71953D55"/>
    <w:multiLevelType w:val="hybridMultilevel"/>
    <w:tmpl w:val="3614FE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0143159">
    <w:abstractNumId w:val="8"/>
  </w:num>
  <w:num w:numId="2" w16cid:durableId="1428190285">
    <w:abstractNumId w:val="6"/>
  </w:num>
  <w:num w:numId="3" w16cid:durableId="576985658">
    <w:abstractNumId w:val="5"/>
  </w:num>
  <w:num w:numId="4" w16cid:durableId="532962298">
    <w:abstractNumId w:val="4"/>
  </w:num>
  <w:num w:numId="5" w16cid:durableId="1386878113">
    <w:abstractNumId w:val="7"/>
  </w:num>
  <w:num w:numId="6" w16cid:durableId="29259882">
    <w:abstractNumId w:val="3"/>
  </w:num>
  <w:num w:numId="7" w16cid:durableId="1833829837">
    <w:abstractNumId w:val="2"/>
  </w:num>
  <w:num w:numId="8" w16cid:durableId="767046221">
    <w:abstractNumId w:val="1"/>
  </w:num>
  <w:num w:numId="9" w16cid:durableId="1737707831">
    <w:abstractNumId w:val="0"/>
  </w:num>
  <w:num w:numId="10" w16cid:durableId="4327782">
    <w:abstractNumId w:val="9"/>
  </w:num>
  <w:num w:numId="11" w16cid:durableId="1672368027">
    <w:abstractNumId w:val="11"/>
  </w:num>
  <w:num w:numId="12" w16cid:durableId="1371688617">
    <w:abstractNumId w:val="17"/>
  </w:num>
  <w:num w:numId="13" w16cid:durableId="1829055824">
    <w:abstractNumId w:val="14"/>
  </w:num>
  <w:num w:numId="14" w16cid:durableId="736392456">
    <w:abstractNumId w:val="13"/>
  </w:num>
  <w:num w:numId="15" w16cid:durableId="151876072">
    <w:abstractNumId w:val="12"/>
  </w:num>
  <w:num w:numId="16" w16cid:durableId="1412238640">
    <w:abstractNumId w:val="10"/>
  </w:num>
  <w:num w:numId="17" w16cid:durableId="766197816">
    <w:abstractNumId w:val="16"/>
  </w:num>
  <w:num w:numId="18" w16cid:durableId="133707927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594E"/>
    <w:rsid w:val="00034616"/>
    <w:rsid w:val="000355FD"/>
    <w:rsid w:val="000524D2"/>
    <w:rsid w:val="0006063C"/>
    <w:rsid w:val="000639CF"/>
    <w:rsid w:val="000714E8"/>
    <w:rsid w:val="000A24B5"/>
    <w:rsid w:val="000B431A"/>
    <w:rsid w:val="000C062C"/>
    <w:rsid w:val="000C0CC4"/>
    <w:rsid w:val="000C4D60"/>
    <w:rsid w:val="000E55B9"/>
    <w:rsid w:val="001156DA"/>
    <w:rsid w:val="00116B50"/>
    <w:rsid w:val="001273F1"/>
    <w:rsid w:val="00131E68"/>
    <w:rsid w:val="0013507D"/>
    <w:rsid w:val="00142228"/>
    <w:rsid w:val="0015074B"/>
    <w:rsid w:val="00154434"/>
    <w:rsid w:val="00162B5A"/>
    <w:rsid w:val="001748E0"/>
    <w:rsid w:val="00192FD9"/>
    <w:rsid w:val="00196AFA"/>
    <w:rsid w:val="001D5163"/>
    <w:rsid w:val="001D68DD"/>
    <w:rsid w:val="001E0EAD"/>
    <w:rsid w:val="001F3EC3"/>
    <w:rsid w:val="00206C64"/>
    <w:rsid w:val="00216F99"/>
    <w:rsid w:val="00237EC4"/>
    <w:rsid w:val="0024774B"/>
    <w:rsid w:val="00260C89"/>
    <w:rsid w:val="002820F6"/>
    <w:rsid w:val="00291D01"/>
    <w:rsid w:val="002944D4"/>
    <w:rsid w:val="0029639D"/>
    <w:rsid w:val="002B4C41"/>
    <w:rsid w:val="002C4E2A"/>
    <w:rsid w:val="002D43A2"/>
    <w:rsid w:val="002D43BB"/>
    <w:rsid w:val="002D6A5A"/>
    <w:rsid w:val="002D7E42"/>
    <w:rsid w:val="002E230E"/>
    <w:rsid w:val="002F18B3"/>
    <w:rsid w:val="002F1F7E"/>
    <w:rsid w:val="002F4759"/>
    <w:rsid w:val="0031669B"/>
    <w:rsid w:val="00326F90"/>
    <w:rsid w:val="003273E0"/>
    <w:rsid w:val="0033706A"/>
    <w:rsid w:val="00361E7C"/>
    <w:rsid w:val="00372572"/>
    <w:rsid w:val="003772F0"/>
    <w:rsid w:val="003A351F"/>
    <w:rsid w:val="003B24AC"/>
    <w:rsid w:val="00422F2C"/>
    <w:rsid w:val="0044208C"/>
    <w:rsid w:val="00445541"/>
    <w:rsid w:val="004559F4"/>
    <w:rsid w:val="00465FFC"/>
    <w:rsid w:val="004D246A"/>
    <w:rsid w:val="004D47EA"/>
    <w:rsid w:val="004E06BC"/>
    <w:rsid w:val="004F1CF1"/>
    <w:rsid w:val="005017F3"/>
    <w:rsid w:val="0050645E"/>
    <w:rsid w:val="005100B2"/>
    <w:rsid w:val="00517461"/>
    <w:rsid w:val="00517B20"/>
    <w:rsid w:val="00517D8C"/>
    <w:rsid w:val="0052446E"/>
    <w:rsid w:val="00532933"/>
    <w:rsid w:val="005374D9"/>
    <w:rsid w:val="005452DC"/>
    <w:rsid w:val="005D208B"/>
    <w:rsid w:val="00605A0D"/>
    <w:rsid w:val="0063767F"/>
    <w:rsid w:val="00643328"/>
    <w:rsid w:val="0065700B"/>
    <w:rsid w:val="00657FCE"/>
    <w:rsid w:val="006811D1"/>
    <w:rsid w:val="00693561"/>
    <w:rsid w:val="006B60BD"/>
    <w:rsid w:val="00727534"/>
    <w:rsid w:val="00742B26"/>
    <w:rsid w:val="00762AB6"/>
    <w:rsid w:val="00767090"/>
    <w:rsid w:val="00773392"/>
    <w:rsid w:val="00781B44"/>
    <w:rsid w:val="00787091"/>
    <w:rsid w:val="007918A6"/>
    <w:rsid w:val="00793720"/>
    <w:rsid w:val="007A5A0C"/>
    <w:rsid w:val="007B04F1"/>
    <w:rsid w:val="007D48BD"/>
    <w:rsid w:val="007E327F"/>
    <w:rsid w:val="007F6EF1"/>
    <w:rsid w:val="00800794"/>
    <w:rsid w:val="00820274"/>
    <w:rsid w:val="0082692E"/>
    <w:rsid w:val="00842550"/>
    <w:rsid w:val="00844DFF"/>
    <w:rsid w:val="0084630C"/>
    <w:rsid w:val="00856124"/>
    <w:rsid w:val="00863DE5"/>
    <w:rsid w:val="008714FB"/>
    <w:rsid w:val="00876DA2"/>
    <w:rsid w:val="00885802"/>
    <w:rsid w:val="008913FF"/>
    <w:rsid w:val="0089265D"/>
    <w:rsid w:val="008A0FC0"/>
    <w:rsid w:val="008A6094"/>
    <w:rsid w:val="008C32D1"/>
    <w:rsid w:val="008C3F47"/>
    <w:rsid w:val="00901BB4"/>
    <w:rsid w:val="009035D3"/>
    <w:rsid w:val="00926632"/>
    <w:rsid w:val="009358F5"/>
    <w:rsid w:val="00963B0F"/>
    <w:rsid w:val="009646E2"/>
    <w:rsid w:val="00993903"/>
    <w:rsid w:val="009A578E"/>
    <w:rsid w:val="009A7F4B"/>
    <w:rsid w:val="009B2483"/>
    <w:rsid w:val="009B3651"/>
    <w:rsid w:val="009B3EDE"/>
    <w:rsid w:val="009B446A"/>
    <w:rsid w:val="009B5876"/>
    <w:rsid w:val="009C25BB"/>
    <w:rsid w:val="009D21D2"/>
    <w:rsid w:val="00A1525F"/>
    <w:rsid w:val="00A157DB"/>
    <w:rsid w:val="00A17C41"/>
    <w:rsid w:val="00A3531E"/>
    <w:rsid w:val="00A47AF6"/>
    <w:rsid w:val="00A66DC2"/>
    <w:rsid w:val="00A67228"/>
    <w:rsid w:val="00A951A1"/>
    <w:rsid w:val="00AA1D8D"/>
    <w:rsid w:val="00AA44BD"/>
    <w:rsid w:val="00AA7245"/>
    <w:rsid w:val="00AB13E3"/>
    <w:rsid w:val="00AB286A"/>
    <w:rsid w:val="00AC65EF"/>
    <w:rsid w:val="00AE17B2"/>
    <w:rsid w:val="00B00BF9"/>
    <w:rsid w:val="00B06F11"/>
    <w:rsid w:val="00B2003F"/>
    <w:rsid w:val="00B259BC"/>
    <w:rsid w:val="00B271D3"/>
    <w:rsid w:val="00B35D86"/>
    <w:rsid w:val="00B47730"/>
    <w:rsid w:val="00B61826"/>
    <w:rsid w:val="00B65567"/>
    <w:rsid w:val="00B65B67"/>
    <w:rsid w:val="00B92A89"/>
    <w:rsid w:val="00BC17E9"/>
    <w:rsid w:val="00BF3BCF"/>
    <w:rsid w:val="00C148AA"/>
    <w:rsid w:val="00C52355"/>
    <w:rsid w:val="00C66D83"/>
    <w:rsid w:val="00C80A79"/>
    <w:rsid w:val="00CA7B2A"/>
    <w:rsid w:val="00CB0664"/>
    <w:rsid w:val="00CB5F3B"/>
    <w:rsid w:val="00CC72C4"/>
    <w:rsid w:val="00CD0231"/>
    <w:rsid w:val="00CD0DEF"/>
    <w:rsid w:val="00D059C2"/>
    <w:rsid w:val="00D062F8"/>
    <w:rsid w:val="00D152D2"/>
    <w:rsid w:val="00D5285C"/>
    <w:rsid w:val="00D7095E"/>
    <w:rsid w:val="00DB50D1"/>
    <w:rsid w:val="00DD1566"/>
    <w:rsid w:val="00DD3458"/>
    <w:rsid w:val="00DE3AA8"/>
    <w:rsid w:val="00E056F6"/>
    <w:rsid w:val="00E24C5B"/>
    <w:rsid w:val="00E3295B"/>
    <w:rsid w:val="00E32C58"/>
    <w:rsid w:val="00E37EC6"/>
    <w:rsid w:val="00E40A65"/>
    <w:rsid w:val="00E44BC2"/>
    <w:rsid w:val="00E6175D"/>
    <w:rsid w:val="00E647EE"/>
    <w:rsid w:val="00E67300"/>
    <w:rsid w:val="00EA3A63"/>
    <w:rsid w:val="00EA61BB"/>
    <w:rsid w:val="00EB1C0A"/>
    <w:rsid w:val="00F01F41"/>
    <w:rsid w:val="00F53648"/>
    <w:rsid w:val="00F62921"/>
    <w:rsid w:val="00F63B2E"/>
    <w:rsid w:val="00F646A9"/>
    <w:rsid w:val="00F73BD2"/>
    <w:rsid w:val="00F74826"/>
    <w:rsid w:val="00F96BE5"/>
    <w:rsid w:val="00FC50B5"/>
    <w:rsid w:val="00FC693F"/>
    <w:rsid w:val="00FC7825"/>
    <w:rsid w:val="00FF03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E768C2"/>
  <w14:defaultImageDpi w14:val="300"/>
  <w15:docId w15:val="{980C2846-4FB5-4ACF-A7AA-E8E1E74F7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6D83"/>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445541"/>
    <w:rPr>
      <w:rFonts w:ascii="Times New Roman" w:hAnsi="Times New Roman" w:cs="Times New Roman"/>
      <w:sz w:val="24"/>
      <w:szCs w:val="24"/>
    </w:rPr>
  </w:style>
  <w:style w:type="paragraph" w:styleId="TOC2">
    <w:name w:val="toc 2"/>
    <w:basedOn w:val="Normal"/>
    <w:next w:val="Normal"/>
    <w:autoRedefine/>
    <w:uiPriority w:val="39"/>
    <w:unhideWhenUsed/>
    <w:rsid w:val="00DD1566"/>
    <w:pPr>
      <w:spacing w:after="100"/>
      <w:ind w:left="220"/>
    </w:pPr>
  </w:style>
  <w:style w:type="paragraph" w:styleId="TOC1">
    <w:name w:val="toc 1"/>
    <w:basedOn w:val="Normal"/>
    <w:next w:val="Normal"/>
    <w:autoRedefine/>
    <w:uiPriority w:val="39"/>
    <w:unhideWhenUsed/>
    <w:rsid w:val="00DD1566"/>
    <w:pPr>
      <w:spacing w:after="100"/>
    </w:pPr>
  </w:style>
  <w:style w:type="character" w:styleId="Hyperlink">
    <w:name w:val="Hyperlink"/>
    <w:basedOn w:val="DefaultParagraphFont"/>
    <w:uiPriority w:val="99"/>
    <w:unhideWhenUsed/>
    <w:rsid w:val="00DD1566"/>
    <w:rPr>
      <w:color w:val="0000FF" w:themeColor="hyperlink"/>
      <w:u w:val="single"/>
    </w:rPr>
  </w:style>
  <w:style w:type="character" w:styleId="UnresolvedMention">
    <w:name w:val="Unresolved Mention"/>
    <w:basedOn w:val="DefaultParagraphFont"/>
    <w:uiPriority w:val="99"/>
    <w:semiHidden/>
    <w:unhideWhenUsed/>
    <w:rsid w:val="00517461"/>
    <w:rPr>
      <w:color w:val="605E5C"/>
      <w:shd w:val="clear" w:color="auto" w:fill="E1DFDD"/>
    </w:rPr>
  </w:style>
  <w:style w:type="character" w:styleId="FollowedHyperlink">
    <w:name w:val="FollowedHyperlink"/>
    <w:basedOn w:val="DefaultParagraphFont"/>
    <w:uiPriority w:val="99"/>
    <w:semiHidden/>
    <w:unhideWhenUsed/>
    <w:rsid w:val="000524D2"/>
    <w:rPr>
      <w:color w:val="800080" w:themeColor="followedHyperlink"/>
      <w:u w:val="single"/>
    </w:rPr>
  </w:style>
  <w:style w:type="paragraph" w:styleId="FootnoteText">
    <w:name w:val="footnote text"/>
    <w:basedOn w:val="Normal"/>
    <w:link w:val="FootnoteTextChar"/>
    <w:uiPriority w:val="99"/>
    <w:semiHidden/>
    <w:unhideWhenUsed/>
    <w:rsid w:val="00CC72C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C72C4"/>
    <w:rPr>
      <w:sz w:val="20"/>
      <w:szCs w:val="20"/>
    </w:rPr>
  </w:style>
  <w:style w:type="character" w:styleId="FootnoteReference">
    <w:name w:val="footnote reference"/>
    <w:basedOn w:val="DefaultParagraphFont"/>
    <w:uiPriority w:val="99"/>
    <w:semiHidden/>
    <w:unhideWhenUsed/>
    <w:rsid w:val="00CC72C4"/>
    <w:rPr>
      <w:vertAlign w:val="superscript"/>
    </w:rPr>
  </w:style>
  <w:style w:type="character" w:styleId="CommentReference">
    <w:name w:val="annotation reference"/>
    <w:basedOn w:val="DefaultParagraphFont"/>
    <w:uiPriority w:val="99"/>
    <w:semiHidden/>
    <w:unhideWhenUsed/>
    <w:rsid w:val="000C4D60"/>
    <w:rPr>
      <w:sz w:val="16"/>
      <w:szCs w:val="16"/>
    </w:rPr>
  </w:style>
  <w:style w:type="paragraph" w:styleId="CommentText">
    <w:name w:val="annotation text"/>
    <w:basedOn w:val="Normal"/>
    <w:link w:val="CommentTextChar"/>
    <w:uiPriority w:val="99"/>
    <w:unhideWhenUsed/>
    <w:rsid w:val="000C4D60"/>
    <w:pPr>
      <w:spacing w:line="240" w:lineRule="auto"/>
    </w:pPr>
    <w:rPr>
      <w:sz w:val="20"/>
      <w:szCs w:val="20"/>
    </w:rPr>
  </w:style>
  <w:style w:type="character" w:customStyle="1" w:styleId="CommentTextChar">
    <w:name w:val="Comment Text Char"/>
    <w:basedOn w:val="DefaultParagraphFont"/>
    <w:link w:val="CommentText"/>
    <w:uiPriority w:val="99"/>
    <w:rsid w:val="000C4D60"/>
    <w:rPr>
      <w:sz w:val="20"/>
      <w:szCs w:val="20"/>
    </w:rPr>
  </w:style>
  <w:style w:type="paragraph" w:styleId="CommentSubject">
    <w:name w:val="annotation subject"/>
    <w:basedOn w:val="CommentText"/>
    <w:next w:val="CommentText"/>
    <w:link w:val="CommentSubjectChar"/>
    <w:uiPriority w:val="99"/>
    <w:semiHidden/>
    <w:unhideWhenUsed/>
    <w:rsid w:val="000C4D60"/>
    <w:rPr>
      <w:b/>
      <w:bCs/>
    </w:rPr>
  </w:style>
  <w:style w:type="character" w:customStyle="1" w:styleId="CommentSubjectChar">
    <w:name w:val="Comment Subject Char"/>
    <w:basedOn w:val="CommentTextChar"/>
    <w:link w:val="CommentSubject"/>
    <w:uiPriority w:val="99"/>
    <w:semiHidden/>
    <w:rsid w:val="000C4D6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sv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svg"/><Relationship Id="rId47" Type="http://schemas.openxmlformats.org/officeDocument/2006/relationships/hyperlink" Target="tel:0417%20431%20054" TargetMode="External"/><Relationship Id="rId50" Type="http://schemas.openxmlformats.org/officeDocument/2006/relationships/hyperlink" Target="mailto:sue.backupwhenneeded@gmail.com" TargetMode="Externa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jpe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svg"/><Relationship Id="rId40" Type="http://schemas.openxmlformats.org/officeDocument/2006/relationships/image" Target="media/image30.png"/><Relationship Id="rId45" Type="http://schemas.openxmlformats.org/officeDocument/2006/relationships/image" Target="media/image33.png"/><Relationship Id="rId53" Type="http://schemas.openxmlformats.org/officeDocument/2006/relationships/image" Target="media/image36.jpeg"/><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svg"/><Relationship Id="rId44" Type="http://schemas.openxmlformats.org/officeDocument/2006/relationships/footer" Target="footer1.xml"/><Relationship Id="rId52" Type="http://schemas.openxmlformats.org/officeDocument/2006/relationships/image" Target="media/image35.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svg"/><Relationship Id="rId43" Type="http://schemas.openxmlformats.org/officeDocument/2006/relationships/header" Target="header1.xml"/><Relationship Id="rId48" Type="http://schemas.openxmlformats.org/officeDocument/2006/relationships/hyperlink" Target="mailto:marnie@dak.org.au"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34.jpe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svg"/><Relationship Id="rId38" Type="http://schemas.openxmlformats.org/officeDocument/2006/relationships/image" Target="media/image28.png"/><Relationship Id="rId46" Type="http://schemas.openxmlformats.org/officeDocument/2006/relationships/hyperlink" Target="https://directory.rawcs.com.au/17-2014-15" TargetMode="External"/><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37.jpe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hyperlink" Target="tel:0437%20345%2004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59E4D323C794E4D972A0759777F1408" ma:contentTypeVersion="18" ma:contentTypeDescription="Create a new document." ma:contentTypeScope="" ma:versionID="699d49fbf43600d134c6cec2ec115e5a">
  <xsd:schema xmlns:xsd="http://www.w3.org/2001/XMLSchema" xmlns:xs="http://www.w3.org/2001/XMLSchema" xmlns:p="http://schemas.microsoft.com/office/2006/metadata/properties" xmlns:ns2="01ee8a69-dc18-4fc6-b77b-a6485e006fb2" xmlns:ns3="fe37ce27-c13e-4cd4-9bac-9c28289c686d" targetNamespace="http://schemas.microsoft.com/office/2006/metadata/properties" ma:root="true" ma:fieldsID="b4b815c6e91cdc01d96e25685641ccd4" ns2:_="" ns3:_="">
    <xsd:import namespace="01ee8a69-dc18-4fc6-b77b-a6485e006fb2"/>
    <xsd:import namespace="fe37ce27-c13e-4cd4-9bac-9c28289c686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ee8a69-dc18-4fc6-b77b-a6485e006f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bbeb7c9-bd23-4442-b806-85efdd302540"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e37ce27-c13e-4cd4-9bac-9c28289c686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399c13f-39a0-4289-b17a-3e031fce59a0}" ma:internalName="TaxCatchAll" ma:showField="CatchAllData" ma:web="fe37ce27-c13e-4cd4-9bac-9c28289c68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e37ce27-c13e-4cd4-9bac-9c28289c686d" xsi:nil="true"/>
    <lcf76f155ced4ddcb4097134ff3c332f xmlns="01ee8a69-dc18-4fc6-b77b-a6485e006fb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0E35CFB8-7F7D-4250-A7C6-356CC70AB14A}">
  <ds:schemaRefs>
    <ds:schemaRef ds:uri="http://schemas.microsoft.com/sharepoint/v3/contenttype/forms"/>
  </ds:schemaRefs>
</ds:datastoreItem>
</file>

<file path=customXml/itemProps3.xml><?xml version="1.0" encoding="utf-8"?>
<ds:datastoreItem xmlns:ds="http://schemas.openxmlformats.org/officeDocument/2006/customXml" ds:itemID="{2F1D395F-439D-4CA0-B06E-7A0EA07146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ee8a69-dc18-4fc6-b77b-a6485e006fb2"/>
    <ds:schemaRef ds:uri="fe37ce27-c13e-4cd4-9bac-9c28289c6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43A7BF-314F-4211-807D-1CAE94A25DF8}">
  <ds:schemaRefs>
    <ds:schemaRef ds:uri="http://schemas.microsoft.com/office/2006/metadata/properties"/>
    <ds:schemaRef ds:uri="http://schemas.microsoft.com/office/infopath/2007/PartnerControls"/>
    <ds:schemaRef ds:uri="fe37ce27-c13e-4cd4-9bac-9c28289c686d"/>
    <ds:schemaRef ds:uri="01ee8a69-dc18-4fc6-b77b-a6485e006fb2"/>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7</Pages>
  <Words>1193</Words>
  <Characters>6802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7980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National CEO - Mahir Momand</cp:lastModifiedBy>
  <cp:revision>9</cp:revision>
  <cp:lastPrinted>2025-10-12T23:26:00Z</cp:lastPrinted>
  <dcterms:created xsi:type="dcterms:W3CDTF">2025-10-09T00:29:00Z</dcterms:created>
  <dcterms:modified xsi:type="dcterms:W3CDTF">2025-10-12T23:26:00Z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0x010100F59E4D323C794E4D972A0759777F1408</vt:lpwstr>
  </property>
  <property fmtid="{D5CDD505-2E9C-101B-9397-08002B2CF9AE}" pid="3" name="MediaServiceImageTags">
    <vt:lpwstr/>
  </property>
</Properties>
</file>